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ต้นแบบวิจัยในชั้นเรียน</w:t>
      </w:r>
    </w:p>
    <w:p>
      <w:pPr>
        <w:pStyle w:val="Title"/>
      </w:pPr>
      <w:r>
        <w:t>การพัฒนาการจำแนกความจำเป็นและความต้องการด้วยสถานการณ์จำลอง</w:t>
      </w:r>
    </w:p>
    <w:p>
      <w:r>
        <w:t>สังคมศึกษา ป.3</w:t>
      </w:r>
    </w:p>
    <w:p>
      <w:r>
        <w:t>ฉบับพร้อมปรับใช้และเก็บข้อมูลจริง</w:t>
      </w:r>
    </w:p>
    <w:p>
      <w:r>
        <w:t>ผู้วิจัย ............................................................</w:t>
        <w:br/>
        <w:t>โรงเรียน ..........................................................</w:t>
        <w:br/>
        <w:t>ภาคเรียน ............ ปีการศึกษา ............</w:t>
        <w:br/>
        <w:t>วันที่ดำเนินการ ................................................</w:t>
      </w:r>
    </w:p>
    <w:p>
      <w:pPr>
        <w:pStyle w:val="Heading1"/>
      </w:pPr>
      <w:r>
        <w:t>แนวทางใช้เอกสาร</w:t>
      </w:r>
    </w:p>
    <w:p>
      <w:r>
        <w:t>เอกสารนี้เป็นต้นแบบสำหรับวางแผนและเขียนรายงานวิจัย ไม่ใช่รายงานที่ทดลองเสร็จแล้ว ครูต้องตรวจปัญหาจริง ปรับกิจกรรม ตรวจเครื่องมือ และเก็บข้อมูลของผู้เรียนก่อนเขียนผลในบทที่ 4 และบทที่ 5</w:t>
      </w:r>
    </w:p>
    <w:p>
      <w:r>
        <w:t>ประกอบด้วยบทที่ 1 ถึงบทที่ 5 แผนกิจกรรม 6 ครั้ง แบบทดสอบก่อนและหลังพร้อมแนวให้คะแนน และแบบบันทึกข้อมูลที่ไม่ระบุชื่อนักเรียน แบบฝึกและข้อสอบแต่งขึ้นใหม่สำหรับชุดนี้</w:t>
      </w:r>
    </w:p>
    <w:p>
      <w:r>
        <w:t>นำต้นแบบไปปรับใช้ในการสอนและวิจัยของตนเองได้ โดยอ้างแหล่งแนวคิดที่ใช้ และเขียนผลการวิจัยจากข้อมูลที่เก็บจริง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r>
        <w:t>ผู้เรียนอาจตอบจากความชอบส่วนตัวหรือจำชื่อสิ่งของว่าเป็นของจำเป็นเสมอ โดยยังไม่พิจารณาของที่มีอยู่ สถานการณ์ และเงินที่เหลือ ครูควรใช้คำตอบพร้อมเหตุผลเพื่อระบุปัญหาจริง</w:t>
      </w:r>
    </w:p>
    <w:p>
      <w:r>
        <w:t>หลักฐานปัญหาของห้องเรียนนี้ ............................................................</w:t>
        <w:br/>
        <w:t>จำนวนผู้เรียนที่ตรวจ ........ คน พบประเด็น ........................................</w:t>
      </w:r>
    </w:p>
    <w:p>
      <w:pPr>
        <w:pStyle w:val="Heading2"/>
      </w:pPr>
      <w:r>
        <w:t>วัตถุประสงค์และคำถามวิจัย</w:t>
      </w:r>
    </w:p>
    <w:p>
      <w:r>
        <w:t>เพื่อเปรียบเทียบความสามารถก่อนและหลังใช้กิจกรรม และศึกษาว่าผู้เรียนทำได้ตามเกณฑ์ที่กำหนดไว้ก่อนเริ่มกิจกรรมเพียงใด เป้าหมายเฉพาะคือ ตัดสินใจเลือกสินค้าและบริการภายใต้งบประมาณ พร้อมอธิบายเหตุผลตามบริบท</w:t>
      </w:r>
    </w:p>
    <w:p>
      <w:r>
        <w:t>เกณฑ์เสนอให้ครูพิจารณาก่อนใช้ คืออย่างน้อย 8 จาก 10 คะแนน เป็นเกณฑ์ของต้นแบบนี้ ไม่ใช่เกณฑ์ผ่านทางราชการ ครูอาจปรับตามเป้าหมายโดยบันทึกเหตุผลก่อนเก็บข้อมูล</w:t>
      </w:r>
    </w:p>
    <w:p>
      <w:pPr>
        <w:pStyle w:val="Heading2"/>
      </w:pPr>
      <w:r>
        <w:t>ขอบเขตและนิยาม</w:t>
      </w:r>
    </w:p>
    <w:p>
      <w:r>
        <w:t>ผู้ร่วมกิจกรรมคือผู้เรียนชั้น ป.3 ห้อง ........ โรงเรียน ........ จำนวน ........ คน คัดเลือกจากหลักฐานว่าต้องพัฒนาทักษะเป้าหมาย ไม่กำหนดจำนวนแทนห้องเรียนจริง ระยะเวลาเสนอ 2 สัปดาห์ 6 ครั้ง ครั้งละ 20 นาที ไม่นับเวลาทดสอบ</w:t>
      </w:r>
    </w:p>
    <w:p>
      <w:r>
        <w:t>ตัวแปรที่จัดกิจกรรมคือ ใช้สถานการณ์ที่มีงบประมาณจำกัด ให้เด็กเลือกสิ่งที่ต้องจัดหาก่อนและสิ่งที่เลื่อนได้ อธิบายเหตุผล แล้วเปลี่ยนเงื่อนไขหนึ่งอย่างเพื่อชวนตรวจการตัดสินใจใหม่ ตัวแปรผลคือคะแนนจากเครื่องมือในภาคผนวกและลักษณะข้อผิดพลาดที่ครูบันทึก</w:t>
      </w:r>
    </w:p>
    <w:p>
      <w:pPr>
        <w:pStyle w:val="Heading2"/>
      </w:pPr>
      <w:r>
        <w:t>บทที่ 2 แนวคิดที่ใช้</w:t>
      </w:r>
    </w:p>
    <w:p>
      <w:r>
        <w:t>DLTV ระบุเนื้อหาการจำแนกความต้องการและความจำเป็นในการใช้สินค้าและบริการในระดับ ป.3 กิจกรรมและโจทย์ในเอกสารนี้แต่งขึ้นใหม่เพื่อฝึกอธิบายเหตุผล ไม่ถือว่าของชนิดหนึ่งจำเป็นหรือฟุ่มเฟือยเหมือนกันในทุกครอบครัว และไม่ตัดสินฐานะของเด็ก</w:t>
      </w:r>
    </w:p>
    <w:p>
      <w:r>
        <w:t>แหล่งแนวคิดหลัก DLTV สังคมศึกษา ป.3 สินค้าและบริการที่เป็นความต้องการของมนุษย์ ดู URL ในท้ายเอกสาร กิจกรรม 6 ครั้งเป็นข้อเสนอประยุกต์ของผู้จัดทำ ไม่ใช่โปรแกรมที่แหล่งอ้างอิงรับรอง</w:t>
      </w:r>
    </w:p>
    <w:p>
      <w:r>
        <w:br w:type="page"/>
      </w:r>
    </w:p>
    <w:p>
      <w:pPr>
        <w:pStyle w:val="Heading1"/>
      </w:pPr>
      <w:r>
        <w:t>บทที่ 3 วิธีดำเนินการวิจัย</w:t>
      </w:r>
    </w:p>
    <w:p>
      <w:r>
        <w:t>ใช้การวิจัยในชั้นเรียนกลุ่มเดียว วัดก่อนและหลัง ร่วมกับการสังเกตระหว่างกิจกรรม แบบนี้อธิบายการเปลี่ยนแปลงของกลุ่มที่ศึกษาได้ แต่แยกผลของกิจกรรมออกจากการฝึกซ้ำ วุฒิภาวะ หรือการเรียนรู้อื่นไม่ได้ จึงไม่สรุปเหตุและผลหรือขยายไปยังทุกโรงเรียน</w:t>
      </w:r>
    </w:p>
    <w:p>
      <w:pPr>
        <w:pStyle w:val="Heading2"/>
      </w:pPr>
      <w:r>
        <w:t>ขั้นตอนและการตรวจเครื่องมือ</w:t>
      </w:r>
    </w:p>
    <w:p>
      <w:r>
        <w:t>1. ตรวจปัญหาและความพร้อม จัดรหัสผู้เรียน แจ้งผู้เกี่ยวข้องตามแนวทางโรงเรียน และกำหนดเป้าหมายก่อนเก็บคะแนน</w:t>
        <w:br/>
        <w:t>2. ให้ครูผู้มีประสบการณ์ตรวจความตรงกับจุดประสงค์ ภาษา ความยาก และแนวเฉลยของข้อสอบทั้งสองชุด แก้ไขและทดลองคำชี้แจงกับเด็กที่ใกล้เคียงกลุ่มเป้าหมายโดยไม่เปิดเผยข้อสอบแก่กลุ่มวิจัย</w:t>
        <w:br/>
        <w:t>3. ทดสอบก่อนเรียนด้วยชุด ก โดยไม่สอนคำตอบ แล้วจัดกิจกรรมตามแผน บันทึกการเข้าร่วมและข้อผิดพลาดทุกครั้ง</w:t>
        <w:br/>
        <w:t>4. ทดสอบหลังเรียนด้วยชุด ข ภายใต้เงื่อนไขเวลาและการช่วยเหลือเดียวกัน ตรวจตามเกณฑ์ที่ตกลงไว้</w:t>
        <w:br/>
        <w:t>5. จับคู่คะแนนด้วยรหัสผู้เรียน วิเคราะห์รายคนและภาพรวม เก็บงานที่แสดงวิธีคิดเพื่ออธิบายผล</w:t>
      </w:r>
    </w:p>
    <w:p>
      <w:pPr>
        <w:pStyle w:val="Heading2"/>
      </w:pPr>
      <w:r>
        <w:t>การวิเคราะห์ข้อมูล</w:t>
      </w:r>
    </w:p>
    <w:p>
      <w:r>
        <w:t>คะแนนเต็ม 10 คะแนน ผลต่างรายคนเท่ากับคะแนนหลังลบคะแนนก่อน ค่าเฉลี่ยใช้ผลรวมคะแนนหารจำนวนผู้ที่มีข้อมูลครบคู่ ร้อยละคะแนนเท่ากับคะแนนที่ได้หารคะแนนเต็มแล้วคูณ 100 ร้อยละผู้ถึงเกณฑ์ใช้จำนวนผู้ถึงเกณฑ์หารจำนวนที่มีข้อมูลครบคู่แล้วคูณ 100</w:t>
      </w:r>
    </w:p>
    <w:p>
      <w:r>
        <w:t>รายงานจำนวนข้อมูลครบคู่ จำนวนขาดก่อน ขาดหลัง และขาดกิจกรรมแยกกัน ไม่แทนคะแนนที่หายด้วยศูนย์อัตโนมัติ ไม่เปลี่ยนเกณฑ์หลังเห็นผล และไม่กล่าวว่ามีนัยสำคัญทางสถิติหากไม่ได้เลือกและดำเนินการทดสอบอย่างเหมาะสม</w:t>
      </w:r>
    </w:p>
    <w:p>
      <w:pPr>
        <w:pStyle w:val="Heading2"/>
      </w:pPr>
      <w:r>
        <w:t>การดูแลผู้เรียนและข้อมูล</w:t>
      </w:r>
    </w:p>
    <w:p>
      <w:r>
        <w:t>ใช้รหัสแทนชื่อ เก็บรายชื่อเทียบรหัสแยกและจำกัดผู้เข้าถึง ไม่เผยแพร่ใบหน้าหรือข้อมูลระบุตัวเด็กในไฟล์ดาวน์โหลด แจ้งผู้ปกครองและขอความยินยอมตามข้อกำหนดของโรงเรียน เด็กที่ไม่ร่วมใช้ข้อมูลยังได้รับโอกาสเรียนและความช่วยเหลือเช่นเดิม</w:t>
      </w:r>
    </w:p>
    <w:p>
      <w:r>
        <w:br w:type="page"/>
      </w:r>
    </w:p>
    <w:p>
      <w:pPr>
        <w:pStyle w:val="Heading1"/>
      </w:pPr>
      <w:r>
        <w:t>แผนกิจกรรมสำหรับการทดลองใช้</w:t>
      </w:r>
    </w:p>
    <w:p>
      <w:r>
        <w:t>โครงสร้างแต่ละครั้ง 20 นาที ทบทวน 3 นาที ครูสาธิต 4 นาที ผู้เรียนฝึกพร้อมข้อมูลย้อนกลับ 8 นาที ทำเอง 3 นาที และสรุปหลักฐาน 2 นาที ปรับจังหวะตามความพร้อมและบันทึกเวลาที่ใช้จริง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872"/>
        <w:gridCol w:w="7488"/>
      </w:tblGrid>
      <w:tr>
        <w:trPr>
          <w:tblHeader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ครั้ง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เป้าหมาย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การจัดกิจกรรม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สำรวจความคิดเดิม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ใช้เรื่องน้ำดื่มกับสติกเกอร์ ให้ตอบพร้อมเหตุผล ยอมรับบริบทที่ต่างกันและบันทึกแนวคิดที่ต้องพัฒนา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อ่านเงื่อนไขก่อนเลือก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แยกข้อมูลว่ามีอะไรอยู่แล้ว อะไรขาด และมีงบเท่าไร ใช้ตัวละครสมมติทั้งหมด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ตลาดจำลอง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กำหนดงบ 30 บาท ต้องมีน้ำและอาหารกลางวัน ให้กลุ่มเลือกจากบัตรราคาที่ครูกำหนดและอธิบายรายการที่เลื่อนซื้อ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เมื่อเงื่อนไขเปลี่ยน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ใช้สถานการณ์ฝนตกและมีร่มอยู่แล้ว แล้วเปลี่ยนเป็นไม่มีร่ม เปรียบเทียบว่าการจัดลำดับอาจเปลี่ยนได้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อภิปรายและคิดรายบุคคล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ให้เด็กฟังเหตุผลเพื่อนแล้วตัดสินใจด้วยตนเอง ใช้คำว่า เพราะข้อมูลในเรื่องบอกว่า แทนการตามเสียงส่วนใหญ่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นำไปใช้กับเรื่องใหม่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ใช้ตัวละครที่ต้องเลือกอุปกรณ์เรียนกับของสะสม ให้ระบุสิ่งที่จะซื้อก่อน สิ่งที่เลื่อนได้ และผลที่จะเกิดขึ้น</w:t>
            </w:r>
          </w:p>
        </w:tc>
      </w:tr>
    </w:tbl>
    <w:p>
      <w:r>
        <w:t>ก่อนครั้งที่ 1 เก็บคะแนนชุด ก และหลังครั้งที่ 6 เก็บคะแนนชุด ข แยกจากช่วงสอนเพื่อไม่ให้ครูช่วยทำข้อสอบ การฝึกในคาบใช้คำหรือโจทย์ตามแผนได้ แต่ไม่ให้ฝึกเรียงตามข้อสอบก่อนทดสอบ</w:t>
      </w:r>
    </w:p>
    <w:p>
      <w:r>
        <w:t>สื่อเตรียม บัตรสถานการณ์และราคาสมมติ เงินจำลอง กระดาษเขียนเหตุผล โดยไม่ให้เด็กเปิดเผยรายได้ครอบครัว</w:t>
      </w:r>
    </w:p>
    <w:p>
      <w:r>
        <w:br w:type="page"/>
      </w:r>
    </w:p>
    <w:p>
      <w:pPr>
        <w:pStyle w:val="Heading1"/>
      </w:pPr>
      <w:r>
        <w:t>แบบประเมินชุด ก ก่อนเรียน</w:t>
      </w:r>
    </w:p>
    <w:p>
      <w:r>
        <w:t>รหัสผู้เรียน ................ วันที่ ................ ผู้ประเมิน ................</w:t>
      </w:r>
    </w:p>
    <w:p>
      <w:r>
        <w:t>คำชี้แจง อ่านสถานการณ์ เลือกสิ่งที่ควรทำก่อนหรือเลื่อนได้ แล้วอธิบายเหตุผลจากข้อมูลในเรื่อง ครูอ่านให้ฟังได้โดยไม่ชี้คำตอบ เด็กอาจตอบปากเปล่าให้ครูจดตามคำพูด ใช้เงื่อนไขเหมือนกันก่อนและหลัง เวลาเสนอ 15 นาที</w:t>
      </w:r>
    </w:p>
    <w:p>
      <w:r>
        <w:t>1. มะลิมีเงิน 20 บาท ยังไม่มีน้ำดื่มวันนี้ น้ำเปล่าราคา 10 บาท สติกเกอร์ราคา 15 บาท มีอาหารแล้ว ควรซื้ออะไรก่อน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2. ต้นมีเงิน 30 บาท สมุดเล่มเดิมหมดแล้ว พรุ่งนี้ต้องใช้จดงาน สมุดราคา 20 บาท รถของเล่นราคา 30 บาท ควรเลือกอะไร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3. ดาวมีรองเท้านักเรียนที่ใส่ได้ดีอยู่แล้ว อยากได้คู่สีใหม่ แต่ต้องเก็บเงินค่ารถไปโรงเรียน ควรเลื่อนซื้ออะไร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4. ฝนตกหนัก ปาล์มไม่มีร่ม ต้องเดินกลับบ้าน ร่มราคา 40 บาท พวงกุญแจราคา 40 บาท มีเงิน 40 บาทและไม่มีผู้มารับ ควรเลือกอะไร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5. ออมมีอาหารกลางวันแล้ว อยากซื้อขนมราคา 15 บาท แต่มีเงินพอดีค่ารถกลับบ้าน 15 บาท ควรทำอย่างไร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รวม ........ / 10 คะแนน  |  ข้อละ 2 คะแนน ใช้เกณฑ์และแนวคำตอบท้ายเอกสาร</w:t>
      </w:r>
    </w:p>
    <w:p>
      <w:r>
        <w:br w:type="page"/>
      </w:r>
    </w:p>
    <w:p>
      <w:pPr>
        <w:pStyle w:val="Heading1"/>
      </w:pPr>
      <w:r>
        <w:t>แบบประเมินชุด ข หลังเรียน</w:t>
      </w:r>
    </w:p>
    <w:p>
      <w:r>
        <w:t>รหัสผู้เรียน ................ วันที่ ................ ผู้ประเมิน ................</w:t>
      </w:r>
    </w:p>
    <w:p>
      <w:r>
        <w:t>คำชี้แจง อ่านสถานการณ์ เลือกสิ่งที่ควรทำก่อนหรือเลื่อนได้ แล้วอธิบายเหตุผลจากข้อมูลในเรื่อง ครูอ่านให้ฟังได้โดยไม่ชี้คำตอบ เด็กอาจตอบปากเปล่าให้ครูจดตามคำพูด ใช้เงื่อนไขเหมือนกันก่อนและหลัง เวลาเสนอ 15 นาที</w:t>
      </w:r>
    </w:p>
    <w:p>
      <w:r>
        <w:t>1. พีทมีเงิน 20 บาท ต้องดื่มน้ำหลังเล่นกีฬา ไม่มีน้ำเหลือ น้ำเปล่าราคา 10 บาท การ์ดสะสมราคา 15 บาท มีอาหารแล้ว ควรซื้ออะไรก่อน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2. ฟ้ามีเงิน 30 บาท ดินสอหายหมด พรุ่งนี้ต้องใช้เขียน ดินสอราคา 10 บาท ตุ๊กตาราคา 30 บาท ควรเลือกอะไร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3. นัทมีกระเป๋านักเรียนที่ยังใช้ได้ อยากได้ลายใหม่ แต่ต้องเก็บเงินค่ารถไปโรงเรียน ควรเลื่อนซื้ออะไร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4. มีนต้องเดินกลางแดดจัด ไม่มีหมวกและร่ม หมวกราคา 40 บาท ของสะสมราคา 40 บาท มีเงิน 40 บาทและไม่มีที่หลบแดดระหว่างทาง ควรเลือกอะไร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5. บีมีอาหารกลางวันแล้ว อยากซื้อไอศกรีมราคา 15 บาท แต่ต้องใช้เงินที่มี 15 บาทเป็นค่ารถกลับบ้าน ควรทำอย่างไร</w:t>
      </w:r>
    </w:p>
    <w:p>
      <w:r>
        <w:t>เลือกหรือทำ ........................................................................</w:t>
        <w:br/>
        <w:t>เพราะ ................................................................................</w:t>
      </w:r>
    </w:p>
    <w:p>
      <w:r>
        <w:t>รวม ........ / 10 คะแนน  |  ข้อละ 2 คะแนน ใช้เกณฑ์และแนวคำตอบท้ายเอกสาร</w:t>
      </w:r>
    </w:p>
    <w:p>
      <w:r>
        <w:br w:type="page"/>
      </w:r>
    </w:p>
    <w:p>
      <w:pPr>
        <w:pStyle w:val="Heading1"/>
      </w:pPr>
      <w:r>
        <w:t>แนวคำตอบและเกณฑ์ให้คะแนน</w:t>
      </w:r>
    </w:p>
    <w:p>
      <w:r>
        <w:t>ให้ 1 คะแนนเมื่อเลือกหรือจัดลำดับสอดคล้องข้อมูล และอีก 1 คะแนนเมื่ออธิบายความจำเป็นกับข้อจำกัดได้ หากตอบต่างจากแนวแต่ชี้เงื่อนไขในโจทย์และให้เหตุผลที่เป็นไปได้ ให้พิจารณาตามหลักเดียวกัน ไม่ให้คะแนนจากความชอบหรือฐานะครอบครัวของผู้เรียน</w:t>
      </w:r>
    </w:p>
    <w:p>
      <w:pPr>
        <w:pStyle w:val="Heading2"/>
      </w:pPr>
      <w:r>
        <w:t>แนวคำตอบชุด ก</w:t>
      </w:r>
    </w:p>
    <w:p>
      <w:r>
        <w:t>1. น้ำเปล่า เพราะต้องมีน้ำดื่มและเงินไม่พอซื้อทั้งสองอย่าง</w:t>
      </w:r>
    </w:p>
    <w:p>
      <w:r>
        <w:t>2. สมุด เพราะต้องใช้เรียนพรุ่งนี้และไม่มีสมุดเหลือ</w:t>
      </w:r>
    </w:p>
    <w:p>
      <w:r>
        <w:t>3. รองเท้าคู่สีใหม่ เพราะคู่เดิมยังใช้ได้และต้องกันเงินเดินทาง</w:t>
      </w:r>
    </w:p>
    <w:p>
      <w:r>
        <w:t>4. ร่ม เพราะช่วยป้องกันฝนขณะเดินทางตามเงื่อนไข</w:t>
      </w:r>
    </w:p>
    <w:p>
      <w:r>
        <w:t>5. เก็บเงินไว้ค่ารถและเลื่อนซื้อขนม เพราะต้องเดินทางกลับบ้านและมีอาหารแล้ว</w:t>
      </w:r>
    </w:p>
    <w:p>
      <w:pPr>
        <w:pStyle w:val="Heading2"/>
      </w:pPr>
      <w:r>
        <w:t>แนวคำตอบชุด ข</w:t>
      </w:r>
    </w:p>
    <w:p>
      <w:r>
        <w:t>1. น้ำเปล่า เพราะต้องมีน้ำดื่มและเงินไม่พอซื้อทั้งสองอย่าง</w:t>
      </w:r>
    </w:p>
    <w:p>
      <w:r>
        <w:t>2. ดินสอ เพราะจำเป็นต้องใช้เรียนและยังไม่มีดินสอ</w:t>
      </w:r>
    </w:p>
    <w:p>
      <w:r>
        <w:t>3. กระเป๋าลายใหม่ เพราะใบเดิมยังใช้ได้และต้องกันเงินเดินทาง</w:t>
      </w:r>
    </w:p>
    <w:p>
      <w:r>
        <w:t>4. หมวก เพราะช่วยป้องกันแดดระหว่างเดินทางตามเงื่อนไข</w:t>
      </w:r>
    </w:p>
    <w:p>
      <w:r>
        <w:t>5. เก็บเงินไว้ค่ารถและเลื่อนซื้อไอศกรีม เพราะต้องเดินทางกลับบ้านและมีอาหารแล้ว</w:t>
      </w:r>
    </w:p>
    <w:p>
      <w:r>
        <w:t>ก่อนใช้จริง ให้ผู้ตรวจอีกคนลองให้คะแนนคำตอบบางส่วนโดยอิสระ เทียบข้อที่ให้คะแนนต่างและปรับคำอธิบายเกณฑ์ บันทึกวันที่ตรวจและรายละเอียดการแก้ไข ไม่ระบุค่า IOC ความเชื่อมั่น หรือร้อยละความเห็นตรงกันหากยังไม่ได้คำนวณจริง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กรอกหลังเก็บข้อมูลจริงเท่านั้น ข้อความและช่องว่างต่อไปนี้เป็นแบบเขียนผล ไม่มีตัวเลขผลทดลองที่ยืนยันประสิทธิผล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tblHeader/>
        </w:trP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รายการ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ก่อนเรียน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หลังเรียน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จำนวนข้อมูลครบคู่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คะแนนเฉลี่ย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ผู้ถึงเกณฑ์ 8 คะแนน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ร้อยละผู้ถึงเกณฑ์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</w:tbl>
    <w:p>
      <w:r>
        <w:t>จากข้อมูลครบคู่ ........ คน คะแนนเฉลี่ยก่อนเรียน ........ หลังเรียน ........ ผลต่างเฉลี่ย ........ คะแนน มีผู้คะแนนเพิ่ม ........ คน เท่าเดิม ........ คน และลดลง ........ คน ผู้ที่ขาดข้อมูล ........ คน มีสาเหตุ ........................................</w:t>
      </w:r>
    </w:p>
    <w:p>
      <w:r>
        <w:t>หลักฐานข้อผิดพลาดที่เปลี่ยนไป ................................................</w:t>
        <w:br/>
        <w:t>ตัวอย่างงานไม่ระบุชื่อที่สนับสนุนข้อสรุป ..........................................</w:t>
        <w:br/>
        <w:t>ผู้เรียนที่ยังต้องช่วยเหลือและสิ่งที่พบ .............................................</w:t>
      </w:r>
    </w:p>
    <w:p>
      <w:pPr>
        <w:pStyle w:val="Heading2"/>
      </w:pPr>
      <w:r>
        <w:t>บทที่ 5 สรุป อภิปราย และพัฒนาต่อ</w:t>
      </w:r>
    </w:p>
    <w:p>
      <w:r>
        <w:t>สรุปตามวัตถุประสงค์ว่าคะแนนและเหตุผลหรือวิธีคิดเปลี่ยนอย่างไร โดยอ้างตารางบทที่ 4 ไม่ใช้คำว่าประสบผลสำเร็จทุกคนหากมีผู้ยังไม่ถึงเป้าหมาย</w:t>
      </w:r>
    </w:p>
    <w:p>
      <w:r>
        <w:t>อภิปรายว่าขั้นตอนใดอาจช่วยผู้เรียน โดยยกหลักฐานระหว่างคาบ เปรียบเทียบกับแนวคิดที่อ้างไว้ และพิจารณาคำอธิบายอื่น เช่น ความคุ้นเคยข้อสอบ การช่วยเหลือนอกคาบ หรือระยะเวลาฝึกที่แต่ละคนได้รับต่างกัน</w:t>
      </w:r>
    </w:p>
    <w:p>
      <w:r>
        <w:t>ข้อจำกัดที่พบจริง .....................................................................</w:t>
        <w:br/>
        <w:t>การช่วยเหลือผู้ที่ยังไม่ถึงเกณฑ์ ......................................................</w:t>
        <w:br/>
        <w:t>กิจกรรมรอบถัดไปและวันที่ติดตาม ..................................................</w:t>
      </w:r>
    </w:p>
    <w:p>
      <w:r>
        <w:br w:type="page"/>
      </w:r>
    </w:p>
    <w:p>
      <w:pPr>
        <w:pStyle w:val="Heading1"/>
      </w:pPr>
      <w:r>
        <w:t>แบบบันทึกและแหล่งอ้างอิง</w:t>
      </w:r>
    </w:p>
    <w:p>
      <w:r>
        <w:t>เพิ่มแถวตามจำนวนจริง ใช้รหัสแทนชื่อ หากคะแนนหายให้เขียน ขาด ไม่ใส่ 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1008"/>
        <w:gridCol w:w="1728"/>
        <w:gridCol w:w="4608"/>
      </w:tblGrid>
      <w:tr>
        <w:trPr>
          <w:tblHeader/>
        </w:trP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รหัส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ก่อน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หลัง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ผลต่าง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ครั้งที่ร่วมจาก 6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ข้อสังเกต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R01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R02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R03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R04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R05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</w:tbl>
    <w:p>
      <w:r>
        <w:t>วันที่ ........ ครั้งที่ ........ รหัสผู้เรียน ........</w:t>
        <w:br/>
        <w:t>สิ่งที่ทำได้เอง .........................................................................</w:t>
        <w:br/>
        <w:t>ข้อผิดพลาดหรือคำพูดสำคัญ ........................................................</w:t>
        <w:br/>
        <w:t>ข้อมูลย้อนกลับที่ให้ ..................................................................</w:t>
        <w:br/>
        <w:t>สิ่งที่จะปรับครั้งหน้า ..................................................................</w:t>
      </w:r>
    </w:p>
    <w:p>
      <w:pPr>
        <w:pStyle w:val="Heading2"/>
      </w:pPr>
      <w:r>
        <w:t>ตรวจพร้อมใช้ก่อนเก็บข้อมูล</w:t>
      </w:r>
    </w:p>
    <w:p>
      <w:r>
        <w:t>กรอกข้อมูลผู้วิจัยและกลุ่มเป้าหมายแล้ว ........</w:t>
        <w:br/>
        <w:t>ตรวจข้อสอบและเกณฑ์โดยครูอีกคนแล้ว ........</w:t>
        <w:br/>
        <w:t>กำหนดเกณฑ์และเงื่อนไขทดสอบก่อนเริ่มแล้ว ........</w:t>
        <w:br/>
        <w:t>แจ้งผู้เกี่ยวข้องและจัดเก็บข้อมูลตามแนวทางโรงเรียนแล้ว ........</w:t>
      </w:r>
    </w:p>
    <w:p>
      <w:pPr>
        <w:pStyle w:val="Heading2"/>
      </w:pPr>
      <w:r>
        <w:t>แหล่งแนวคิดและเนื้อหา</w:t>
      </w:r>
    </w:p>
    <w:p>
      <w:r>
        <w:t>DLTV สังคมศึกษา ป.3 สินค้าและบริการที่เป็นความต้องการของมนุษย์</w:t>
        <w:br/>
        <w:t>https://dltv.ac.th/teachplan/episode/80199</w:t>
      </w:r>
    </w:p>
    <w:p>
      <w:r>
        <w:t>แบบทดสอบ สถานการณ์ แผนกิจกรรม และแบบบันทึกเป็นต้นแบบสำหรับปรับใช้ แหล่งอ้างอิงไม่ได้ตรวจรับรองเครื่องมือชุดนี้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การพัฒนาการจำแนกความจำเป็นและความต้องการด้วยสถานการณ์จำลอง</dc:title>
  <dc:subject>สังคมศึกษา ป.3 ต้นแบบวิจัยในชั้นเรียน</dc:subject>
  <dc:creator/>
  <cp:keywords/>
  <dc:description>generated by python-docx</dc:description>
  <cp:lastModifiedBy/>
  <cp:revision>1</cp:revision>
  <cp:category/>
</cp:coreProperties>
</file>