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การพัฒนาการเรียนรู้เรื่องการแยกข้อเท็จจริงและข้อคิดเห็นด้วยการอ่านคิดและอธิบายด้วยหลักฐาน</w:t>
      </w:r>
    </w:p>
    <w:p>
      <w:r>
        <w:t>ภาษาไทย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รายงานตัวอย่างนี้นำเสนอแนวทางพัฒนาแยกข้อเท็จจริงและข้อคิดเห็น ในรายวิชาภาษาไทย ชั้นป.4 ด้วยการอ่านคิดและอธิบายด้วยหลักฐาน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8.15 และหลังเท่ากับ 12.35 คะแนน ผลต่างเฉลี่ย 4.20 คะแนน จำนวนผู้ถึงเกณฑ์เปลี่ยนจาก 0 เป็น 7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แยกข้อเท็จจริงและข้อคิดเห็น เป็นประเด็นที่ใช้ฝึกให้ผู้เรียนเชื่อมความรู้กับการทำงานในรายวิชาภาษาไทย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เด็กอาจจำคำหรือจับเพียงคำเด่นโดยยังไม่เชื่อมความหมาย ครูจึงต้องแยกความถูกต้องของคำตอบออกจากเหตุผลที่ใช้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การอ่านคิดและอธิบายด้วยหลักฐาน ทำให้ครูแสดงตัวอย่างวิธีคิด ให้ผู้เรียนฝึกโดยมีข้อมูลย้อนกลับ แล้วลดการช่วยเหลือจนทำเองได้ ชี้ข้อมูลในข้อความ อ่านหรือฟังอย่างตั้งใจ แล้วอธิบายความหมายด้วยภาษาของตนเอง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เปรียบเทียบคะแนนความสามารถเรื่องแยกข้อเท็จจริงและข้อคิดเห็น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สิ่งที่จัดให้ผู้เรียนคือการอ่านคิดและอธิบายด้วยหลักฐาน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เนื้อหาเรื่องแยกข้อเท็จจริงและข้อคิดเห็น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ข้อความ โรงเรียนเปิดเรียนเวลา 8 นาฬิกา ตรวจสอบได้อย่างไร แนวคิดสำคัญคือ ตรวจตารางหรือประกาศของโรงเรียน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ข้อความ สนามแห่งนี้สวยที่สุด เป็นข้อคิดเห็นเพราะอะไร แนวคิดสำคัญคือ ความสวยและที่สุดขึ้นกับการประเมิน ไม่ได้มีเกณฑ์เปรียบเทียบระบุไว้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แยก น้ำขวดนี้มีปริมาตร 600 มิลลิลิตร กับ รสชาติดีที่สุด แนวคิดสำคัญคือ ปริมาตรตรวจวัดได้ ส่วนรสชาติดีที่สุดเป็นความคิดเห็น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แก้ประโยค เด็กทุกคนชอบอ่านนิทาน ให้ตรวจสอบได้ แนวคิดสำคัญคือ เช่น จากแบบสำรวจห้องนี้ 12 จาก 20 คนเลือกอ่านนิทาน โดยต้องมีข้อมูลจริงก่อนใช้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ข่าวบอกว่ามีผู้มา 50 คน แต่ไม่ระบุที่มา ควรทำอย่างไร แนวคิดสำคัญคือ ตรวจผู้รายงานและหลักฐานก่อนรับรองจำนวน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สำหรับเรื่องแยกข้อเท็จจริงและข้อคิดเห็น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การอ่านคิดและอธิบายด้วยหลักฐาน → ผู้เรียนเห็นเกณฑ์และตัวอย่าง → ฝึกชี้ข้อมูลในข้อความ อ่านหรือฟังอย่างตั้งใจ แล้วอธิบายความหมายด้วยภาษาของตนเอง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8.15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12.35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2.03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3.01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4.20 คะแนนจากคะแนนเต็ม 20 คิดเป็นผลต่างร้อยละคะแนนเต็ม 21.00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163 หลัง 247 ผลรวมผลต่าง 84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8.15 เป็น 12.35 คะแนน มีรหัสถึงเกณฑ์หลัง 7 จาก 20 รหัส และยังไม่ถึง 13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สำหรับเรื่องแยกข้อเท็จจริงและข้อคิดเห็น ประเด็นที่ควรตรวจคือผู้เรียน ชี้ข้อมูลในข้อความ อ่านหรือฟังอย่างตั้งใจ แล้วอธิบายความหมายด้วยภาษาของตนเอง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แยกข้อเท็จจริงและข้อคิดเห็น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ให้ผู้เรียนข้อความ โรงเรียนเปิดเรียนเวลา 8 นาฬิกา ตรวจสอบได้อย่างไร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ตรวจตารางหรือประกาศของโรงเรียน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ให้ผู้เรียนข้อความ สนามแห่งนี้สวยที่สุด เป็นข้อคิดเห็นเพราะอะไร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ความสวยและที่สุดขึ้นกับการประเมิน ไม่ได้มีเกณฑ์เปรียบเทียบระบุไว้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ให้ผู้เรียนแยก น้ำขวดนี้มีปริมาตร 600 มิลลิลิตร กับ รสชาติดีที่สุด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ปริมาตรตรวจวัดได้ ส่วนรสชาติดีที่สุดเป็นความคิดเห็น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ให้ผู้เรียนแก้ประโยค เด็กทุกคนชอบอ่านนิทาน ให้ตรวจสอบได้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จากแบบสำรวจห้องนี้ 12 จาก 20 คนเลือกอ่านนิทาน โดยต้องมีข้อมูลจริงก่อนใช้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ให้ผู้เรียนข่าวบอกว่ามีผู้มา 50 คน แต่ไม่ระบุที่มา ควรทำอย่างไร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ตรวจผู้รายงานและหลักฐานก่อนรับรองจำนวน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แยกข้อเท็จจริงและข้อคิดเห็น แล้วอธิบายความเชื่อมโยงและตรวจคำตอบด้วยตนเอง สื่อ บัตรข้อความ กระดาษ ดินสอ และตัวอย่างคำตอบ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ชี้ข้อมูลในข้อความ อ่านหรือฟังอย่างตั้งใจ แล้วอธิบายความหมายด้วยภาษาของตนเอง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ตรวจผู้รายงานและหลักฐานก่อนรับรองจำนวน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ข้อความ โรงเรียนเปิดเรียนเวลา 8 นาฬิกา ตรวจสอบได้อย่างไร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ข้อความ สนามแห่งนี้สวยที่สุด เป็นข้อคิดเห็นเพราะอะไร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แยก น้ำขวดนี้มีปริมาตร 600 มิลลิลิตร กับ รสชาติดีที่สุด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แก้ประโยค เด็กทุกคนชอบอ่านนิทาน ให้ตรวจสอบได้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ข่าวบอกว่ามีผู้มา 50 คน แต่ไม่ระบุที่มา 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แก้ประโยค เด็กทุกคนชอบอ่านนิทาน ให้ตรวจสอบได้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ข้อความ โรงเรียนเปิดเรียนเวลา 8 นาฬิกา ตรวจสอบได้อย่างไร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ข่าวบอกว่ามีผู้มา 50 คน แต่ไม่ระบุที่มา 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ข้อความ สนามแห่งนี้สวยที่สุด เป็นข้อคิดเห็นเพราะอะไร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แยก น้ำขวดนี้มีปริมาตร 600 มิลลิลิตร กับ รสชาติดีที่สุด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ตรวจตารางหรือประกาศของโรงเรียน</w:t>
      </w:r>
    </w:p>
    <w:p>
      <w:pPr>
        <w:pStyle w:val="Heading2"/>
      </w:pPr>
      <w:r>
        <w:t>ประเด็นที่ 2</w:t>
      </w:r>
    </w:p>
    <w:p>
      <w:r>
        <w:t>ความสวยและที่สุดขึ้นกับการประเมิน ไม่ได้มีเกณฑ์เปรียบเทียบระบุไว้</w:t>
      </w:r>
    </w:p>
    <w:p>
      <w:pPr>
        <w:pStyle w:val="Heading2"/>
      </w:pPr>
      <w:r>
        <w:t>ประเด็นที่ 3</w:t>
      </w:r>
    </w:p>
    <w:p>
      <w:r>
        <w:t>ปริมาตรตรวจวัดได้ ส่วนรสชาติดีที่สุดเป็นความคิดเห็น</w:t>
      </w:r>
    </w:p>
    <w:p>
      <w:pPr>
        <w:pStyle w:val="Heading2"/>
      </w:pPr>
      <w:r>
        <w:t>ประเด็นที่ 4</w:t>
      </w:r>
    </w:p>
    <w:p>
      <w:r>
        <w:t>เช่น จากแบบสำรวจห้องนี้ 12 จาก 20 คนเลือกอ่านนิทาน โดยต้องมีข้อมูลจริงก่อนใช้</w:t>
      </w:r>
    </w:p>
    <w:p>
      <w:pPr>
        <w:pStyle w:val="Heading2"/>
      </w:pPr>
      <w:r>
        <w:t>ประเด็นที่ 5</w:t>
      </w:r>
    </w:p>
    <w:p>
      <w:r>
        <w:t>ตรวจผู้รายงานและหลักฐานก่อนรับรองจำนวน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การพัฒนาการเรียนรู้เรื่องการแยกข้อเท็จจริงและข้อคิดเห็นด้วยการอ่านคิดและอธิบายด้วยหลักฐาน</dc:title>
  <dc:subject>ภาษาไทย ป.4</dc:subject>
  <dc:creator/>
  <cp:keywords/>
  <dc:description>generated by python-docx</dc:description>
  <cp:lastModifiedBy/>
  <cp:revision>1</cp:revision>
  <cp:category/>
</cp:coreProperties>
</file>