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การพัฒนาการเรียนรู้เรื่องการจับใจความและลำดับเหตุการณ์ด้วยการอ่านคิดและอธิบายด้วยหลักฐาน</w:t>
      </w:r>
    </w:p>
    <w:p>
      <w:r>
        <w:t>ภาษาไทย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รายงานตัวอย่างนี้นำเสนอแนวทางพัฒนาจับใจความและลำดับเหตุการณ์ ในรายวิชาภาษาไทย ชั้นป.3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11.30 คะแนน ผลต่างเฉลี่ย 3.75 คะแนน จำนวนผู้ถึงเกณฑ์เปลี่ยนจาก 0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จับใจความและลำดับเหตุการณ์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เปรียบเทียบคะแนนความสามารถเรื่องจับใจความและลำดับเหตุการณ์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เนื้อหาเรื่องจับใจความและลำดับเหตุการณ์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อ่าน แก้วเตรียมดิน ใส่เมล็ด แล้วรดน้ำ เรียงเหตุการณ์ แนวคิดสำคัญคือ เตรียมดิน ใส่เมล็ด รดน้ำ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อ่าน รถรับส่งมาช้าเพราะฝนตกหนัก บอกเหตุ แนวคิดสำคัญคือ ฝนตกหนัก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อ่าน แม้โจทย์ยาก นิดยังลองทำและถามครู บอกลักษณะนิสัยพร้อมหลักฐาน แนวคิดสำคัญคือ พยายาม เพราะยังลองทำและถามครู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ตั้งชื่อเรื่อง เด็กเวรแบ่งหน้าที่กวาดพื้น เช็ดโต๊ะ และจัดหนังสือ แนวคิดสำคัญคือ ชื่อที่สื่อการแบ่งหน้าที่ทำความสะอาด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สรุปข้อความ ห้องสมุดเปิดพักกลางวัน เด็กอ่านหนังสือและคืนเข้าที่ แนวคิดสำคัญคือ ห้องสมุดเป็นที่อ่านและดูแลหนังสือช่วงพักกลางวัน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สำหรับเรื่องจับใจความและลำดับเหตุการณ์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11.30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2.83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17 รหัส เท่าเดิม 2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226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11.30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สำหรับเรื่องจับใจความและลำดับเหตุการณ์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จับใจความและลำดับเหตุการณ์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ให้ผู้เรียนอ่าน แก้วเตรียมดิน ใส่เมล็ด แล้วรดน้ำ เรียงเหตุการณ์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เตรียมดิน ใส่เมล็ด รดน้ำ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ให้ผู้เรียนอ่าน รถรับส่งมาช้าเพราะฝนตกหนัก บอกเหตุ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ฝนตกหนัก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ให้ผู้เรียนอ่าน แม้โจทย์ยาก นิดยังลองทำและถามครู บอกลักษณะนิสัยพร้อมหลักฐาน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พยายาม เพราะยังลองทำและถามครู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ให้ผู้เรียนตั้งชื่อเรื่อง เด็กเวรแบ่งหน้าที่กวาดพื้น เช็ดโต๊ะ และจัดหนังสือ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ชื่อที่สื่อการแบ่งหน้าที่ทำความสะอาด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ให้ผู้เรียนสรุปข้อความ ห้องสมุดเปิดพักกลางวัน เด็กอ่านหนังสือและคืนเข้าที่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ห้องสมุดเป็นที่อ่านและดูแลหนังสือช่วงพักกลางวัน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จับใจความและลำดับเหตุการณ์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ห้องสมุดเป็นที่อ่านและดูแลหนังสือช่วงพักกลางวัน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อ่าน แก้วเตรียมดิน ใส่เมล็ด แล้วรดน้ำ เรียงเหตุการณ์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 รถรับส่งมาช้าเพราะฝนตกหนัก บอกเหตุ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อ่าน แม้โจทย์ยาก นิดยังลองทำและถามครู บอกลักษณะนิสัยพร้อมหลักฐาน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ตั้งชื่อเรื่อง เด็กเวรแบ่งหน้าที่กวาดพื้น เช็ดโต๊ะ และจัดหนังสือ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สรุปข้อความ ห้องสมุดเปิดพักกลางวัน เด็กอ่านหนังสือและคืนเข้าที่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ตั้งชื่อเรื่อง เด็กเวรแบ่งหน้าที่กวาดพื้น เช็ดโต๊ะ และจัดหนังสือ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 แก้วเตรียมดิน ใส่เมล็ด แล้วรดน้ำ เรียงเหตุการณ์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สรุปข้อความ ห้องสมุดเปิดพักกลางวัน เด็กอ่านหนังสือและคืนเข้าที่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อ่าน รถรับส่งมาช้าเพราะฝนตกหนัก บอกเหตุ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อ่าน แม้โจทย์ยาก นิดยังลองทำและถามครู บอกลักษณะนิสัยพร้อมหลักฐาน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เตรียมดิน ใส่เมล็ด รดน้ำ</w:t>
      </w:r>
    </w:p>
    <w:p>
      <w:pPr>
        <w:pStyle w:val="Heading2"/>
      </w:pPr>
      <w:r>
        <w:t>ประเด็นที่ 2</w:t>
      </w:r>
    </w:p>
    <w:p>
      <w:r>
        <w:t>ฝนตกหนัก</w:t>
      </w:r>
    </w:p>
    <w:p>
      <w:pPr>
        <w:pStyle w:val="Heading2"/>
      </w:pPr>
      <w:r>
        <w:t>ประเด็นที่ 3</w:t>
      </w:r>
    </w:p>
    <w:p>
      <w:r>
        <w:t>พยายาม เพราะยังลองทำและถามครู</w:t>
      </w:r>
    </w:p>
    <w:p>
      <w:pPr>
        <w:pStyle w:val="Heading2"/>
      </w:pPr>
      <w:r>
        <w:t>ประเด็นที่ 4</w:t>
      </w:r>
    </w:p>
    <w:p>
      <w:r>
        <w:t>ชื่อที่สื่อการแบ่งหน้าที่ทำความสะอาด</w:t>
      </w:r>
    </w:p>
    <w:p>
      <w:pPr>
        <w:pStyle w:val="Heading2"/>
      </w:pPr>
      <w:r>
        <w:t>ประเด็นที่ 5</w:t>
      </w:r>
    </w:p>
    <w:p>
      <w:r>
        <w:t>ห้องสมุดเป็นที่อ่านและดูแลหนังสือช่วงพักกลางวัน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การพัฒนาการเรียนรู้เรื่องการจับใจความและลำดับเหตุการณ์ด้วยการอ่านคิดและอธิบายด้วยหลักฐาน</dc:title>
  <dc:subject>ภาษาไทย ป.3</dc:subject>
  <dc:creator/>
  <cp:keywords/>
  <dc:description>generated by python-docx</dc:description>
  <cp:lastModifiedBy/>
  <cp:revision>1</cp:revision>
  <cp:category/>
</cp:coreProperties>
</file>