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การพัฒนาการเรียนรู้เรื่องการเรียงประโยคและจับใจความด้วยการอ่านคิดและอธิบายด้วยหลักฐาน</w:t>
      </w:r>
    </w:p>
    <w:p>
      <w:r>
        <w:t>ภาษาไทย  ชั้นป.2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รายงานตัวอย่างนี้นำเสนอแนวทางพัฒนาเรียงประโยคและจับใจความ ในรายวิชาภาษาไทย ชั้นป.2 ด้วยการอ่านคิดและอธิบายด้วยหลักฐาน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6.75 และหลังเท่ากับ 10.20 คะแนน ผลต่างเฉลี่ย 3.45 คะแนน จำนวนผู้ถึงเกณฑ์เปลี่ยนจาก 0 เป็น 1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เรียงประโยคและจับใจความ เป็นประเด็นที่ใช้ฝึกให้ผู้เรียนเชื่อมความรู้กับการทำงานในรายวิชาภาษาไทย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ในระดับป.2 ครูควรเลือกภาษา ปริมาณงาน และความช่วยเหลือให้สอดคล้องกับความพร้อมจริง</w:t>
      </w:r>
    </w:p>
    <w:p>
      <w:r>
        <w:t>เด็กอาจจำคำหรือจับเพียงคำเด่นโดยยังไม่เชื่อมความหมาย ครูจึงต้องแยกความถูกต้องของคำตอบออกจากเหตุผลที่ใช้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การอ่านคิดและอธิบายด้วยหลักฐาน ทำให้ครูแสดงตัวอย่างวิธีคิด ให้ผู้เรียนฝึกโดยมีข้อมูลย้อนกลับ แล้วลดการช่วยเหลือจนทำเองได้ ชี้ข้อมูลในข้อความ อ่านหรือฟังอย่างตั้งใจ แล้วอธิบายความหมายด้วยภาษาของตนเอง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เปรียบเทียบคะแนนความสามารถเรื่องเรียงประโยคและจับใจความ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สิ่งที่จัดให้ผู้เรียนคือการอ่านคิดและอธิบายด้วยหลักฐาน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เนื้อหาเรื่องเรียงประโยคและจับใจความ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เรียงคำ น้อง กิน ข้าว ให้เป็นประโยค แนวคิดสำคัญคือ น้องกินข้าว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อ่านข้อความ ฝนตก แม่กางร่ม ใครกางร่ม แนวคิดสำคัญคือ แม่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อ่านข้อความ มานีปลูกต้นไม้แล้วรดน้ำ มานีทำอะไรก่อน แนวคิดสำคัญคือ ปลูกต้นไม้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เลือกชื่อเรื่องให้ข้อความ เด็กช่วยกันเก็บขยะ ห้องจึงสะอาด แนวคิดสำคัญคือ เช่น ช่วยกันรักษาความสะอาด โดยโยงกับการเก็บขยะ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อ่านข้อความ ปาล์มลืมดินสอ เพื่อนให้ยืม บอกสิ่งที่เพื่อนทำ แนวคิดสำคัญคือ ให้ยืมดินสอเพื่อช่วยปาล์ม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สำหรับเรื่องเรียงประโยคและจับใจความ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การอ่านคิดและอธิบายด้วยหลักฐาน → ผู้เรียนเห็นเกณฑ์และตัวอย่าง → ฝึกชี้ข้อมูลในข้อความ อ่านหรือฟังอย่างตั้งใจ แล้วอธิบายความหมายด้วยภาษาของตนเอง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6.75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10.20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2.07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2.78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 ถึง 10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 ถึง 14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3.45 คะแนนจากคะแนนเต็ม 20 คิดเป็นผลต่างร้อยละคะแนนเต็ม 17.25 จุดร้อยละ มีรหัสที่คะแนนเพิ่ม 17 รหัส เท่าเดิม 1 รหัส และลดลง 2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135 หลัง 204 ผลรวมผลต่าง 69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6.75 เป็น 10.20 คะแนน มีรหัสถึงเกณฑ์หลัง 1 จาก 20 รหัส และยังไม่ถึง 19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สำหรับเรื่องเรียงประโยคและจับใจความ ประเด็นที่ควรตรวจคือผู้เรียน ชี้ข้อมูลในข้อความ อ่านหรือฟังอย่างตั้งใจ แล้วอธิบายความหมายด้วยภาษาของตนเอง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เรียงประโยคและจับใจความ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ให้ผู้เรียนเรียงคำ น้อง กิน ข้าว ให้เป็นประโยค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น้องกินข้าว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ให้ผู้เรียนอ่านข้อความ ฝนตก แม่กางร่ม ใครกางร่ม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แม่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ให้ผู้เรียนอ่านข้อความ มานีปลูกต้นไม้แล้วรดน้ำ มานีทำอะไรก่อน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ปลูกต้นไม้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ให้ผู้เรียนเลือกชื่อเรื่องให้ข้อความ เด็กช่วยกันเก็บขยะ ห้องจึงสะอาด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เช่น ช่วยกันรักษาความสะอาด โดยโยงกับการเก็บขยะ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ให้ผู้เรียนอ่านข้อความ ปาล์มลืมดินสอ เพื่อนให้ยืม บอกสิ่งที่เพื่อนทำ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ให้ยืมดินสอเพื่อช่วยปาล์ม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เรียงประโยคและจับใจความ แล้วอธิบายความเชื่อมโยงและตรวจคำตอบด้วยตนเอง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ให้ยืมดินสอเพื่อช่วยปาล์ม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เรียงคำ น้อง กิน ข้าว ให้เป็นประโยค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อ่านข้อความ ฝนตก แม่กางร่ม ใครกางร่ม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อ่านข้อความ มานีปลูกต้นไม้แล้วรดน้ำ มานีทำอะไรก่อน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เลือกชื่อเรื่องให้ข้อความ เด็กช่วยกันเก็บขยะ ห้องจึงสะอาด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อ่านข้อความ ปาล์มลืมดินสอ เพื่อนให้ยืม บอกสิ่งที่เพื่อนทำ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เลือกชื่อเรื่องให้ข้อความ เด็กช่วยกันเก็บขยะ ห้องจึงสะอาด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เรียงคำ น้อง กิน ข้าว ให้เป็นประโยค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อ่านข้อความ ปาล์มลืมดินสอ เพื่อนให้ยืม บอกสิ่งที่เพื่อนทำ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อ่านข้อความ ฝนตก แม่กางร่ม ใครกางร่ม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อ่านข้อความ มานีปลูกต้นไม้แล้วรดน้ำ มานีทำอะไรก่อน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น้องกินข้าว</w:t>
      </w:r>
    </w:p>
    <w:p>
      <w:pPr>
        <w:pStyle w:val="Heading2"/>
      </w:pPr>
      <w:r>
        <w:t>ประเด็นที่ 2</w:t>
      </w:r>
    </w:p>
    <w:p>
      <w:r>
        <w:t>แม่</w:t>
      </w:r>
    </w:p>
    <w:p>
      <w:pPr>
        <w:pStyle w:val="Heading2"/>
      </w:pPr>
      <w:r>
        <w:t>ประเด็นที่ 3</w:t>
      </w:r>
    </w:p>
    <w:p>
      <w:r>
        <w:t>ปลูกต้นไม้</w:t>
      </w:r>
    </w:p>
    <w:p>
      <w:pPr>
        <w:pStyle w:val="Heading2"/>
      </w:pPr>
      <w:r>
        <w:t>ประเด็นที่ 4</w:t>
      </w:r>
    </w:p>
    <w:p>
      <w:r>
        <w:t>เช่น ช่วยกันรักษาความสะอาด โดยโยงกับการเก็บขยะ</w:t>
      </w:r>
    </w:p>
    <w:p>
      <w:pPr>
        <w:pStyle w:val="Heading2"/>
      </w:pPr>
      <w:r>
        <w:t>ประเด็นที่ 5</w:t>
      </w:r>
    </w:p>
    <w:p>
      <w:r>
        <w:t>ให้ยืมดินสอเพื่อช่วยปาล์ม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การพัฒนาการเรียนรู้เรื่องการเรียงประโยคและจับใจความด้วยการอ่านคิดและอธิบายด้วยหลักฐาน</dc:title>
  <dc:subject>ภาษาไทย ป.2</dc:subject>
  <dc:creator/>
  <cp:keywords/>
  <dc:description>generated by python-docx</dc:description>
  <cp:lastModifiedBy/>
  <cp:revision>1</cp:revision>
  <cp:category/>
</cp:coreProperties>
</file>