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การพัฒนาการเรียนรู้เรื่องการอ่านคำสระอา อี อูด้วยการอ่านคิดและอธิบายด้วยหลักฐาน</w:t>
      </w:r>
    </w:p>
    <w:p>
      <w:r>
        <w:t>ภาษาไทย  ชั้นป.1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รายงานตัวอย่างนี้นำเสนอแนวทางพัฒนาอ่านคำสระอา อี อู ในรายวิชาภาษาไทย ชั้นป.1 ด้วยการอ่านคิดและอธิบายด้วยหลักฐาน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7.45 และหลังเท่ากับ 11.25 คะแนน ผลต่างเฉลี่ย 3.80 คะแนน จำนวนผู้ถึงเกณฑ์เปลี่ยนจาก 0 เป็น 7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อ่านคำสระอา อี อู เป็นประเด็นที่ใช้ฝึกให้ผู้เรียนเชื่อมความรู้กับการทำงานในรายวิชาภาษาไทย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ในระดับป.1 ครูควรเลือกภาษา ปริมาณงาน และความช่วยเหลือให้สอดคล้องกับความพร้อมจริง</w:t>
      </w:r>
    </w:p>
    <w:p>
      <w:r>
        <w:t>เด็กอาจจำคำหรือจับเพียงคำเด่นโดยยังไม่เชื่อมความหมาย ครูจึงต้องแยกความถูกต้องของคำตอบออกจากเหตุผลที่ใช้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การอ่านคิดและอธิบายด้วยหลักฐาน ทำให้ครูแสดงตัวอย่างวิธีคิด ให้ผู้เรียนฝึกโดยมีข้อมูลย้อนกลับ แล้วลดการช่วยเหลือจนทำเองได้ ชี้ข้อมูลในข้อความ อ่านหรือฟังอย่างตั้งใจ แล้วอธิบายความหมายด้วยภาษาของตนเอง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เปรียบเทียบคะแนนความสามารถเรื่องอ่านคำสระอา อี อู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สิ่งที่จัดให้ผู้เรียนคือการอ่านคิดและอธิบายด้วยหลักฐาน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เนื้อหาเรื่องอ่านคำสระอา อี อู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อ่านคำ กา แล้วแยกพยัญชนะกับสระ แนวคิดสำคัญคือ ก เป็นพยัญชนะ า เป็นสระ อ่านว่า กา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อ่านคำ ดี แล้วบอกว่ารูปสระอยู่ส่วนใด แนวคิดสำคัญคือ อ่านว่า ดี รูปสระอีอยู่ด้านบนพยัญชนะ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อ่านคำ ปู แล้วบอกเสียงสระ แนวคิดสำคัญคือ อ่านว่า ปู ใช้สระอู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เลือกคำที่ใช้สระเดียวกับ มี ระหว่าง สี กับ มา แนวคิดสำคัญคือ สี เพราะใช้สระอีเหมือนกัน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อ่านประโยค ตาดูปู แล้วบอกว่าใครดูอะไร แนวคิดสำคัญคือ ตาเป็นผู้ดู สิ่งที่ดูคือปู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สำหรับเรื่องอ่านคำสระอา อี อู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การอ่านคิดและอธิบายด้วยหลักฐาน → ผู้เรียนเห็นเกณฑ์และตัวอย่าง → ฝึกชี้ข้อมูลในข้อความ อ่านหรือฟังอย่างตั้งใจ แล้วอธิบายความหมายด้วยภาษาของตนเอง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7.45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11.25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2.82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3.73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13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 ถึง 17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3.80 คะแนนจากคะแนนเต็ม 20 คิดเป็นผลต่างร้อยละคะแนนเต็ม 19.00 จุดร้อยละ มีรหัสที่คะแนนเพิ่ม 18 รหัส เท่าเดิม 1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149 หลัง 225 ผลรวมผลต่าง 76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7.45 เป็น 11.25 คะแนน มีรหัสถึงเกณฑ์หลัง 7 จาก 20 รหัส และยังไม่ถึง 13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สำหรับเรื่องอ่านคำสระอา อี อู ประเด็นที่ควรตรวจคือผู้เรียน ชี้ข้อมูลในข้อความ อ่านหรือฟังอย่างตั้งใจ แล้วอธิบายความหมายด้วยภาษาของตนเอง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อ่านคำสระอา อี อู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ให้ผู้เรียนอ่านคำ กา แล้วแยกพยัญชนะกับสระ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ก เป็นพยัญชนะ า เป็นสระ อ่านว่า กา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ให้ผู้เรียนอ่านคำ ดี แล้วบอกว่ารูปสระอยู่ส่วนใด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อ่านว่า ดี รูปสระอีอยู่ด้านบนพยัญชนะ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ให้ผู้เรียนอ่านคำ ปู แล้วบอกเสียงสระ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อ่านว่า ปู ใช้สระอู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ให้ผู้เรียนเลือกคำที่ใช้สระเดียวกับ มี ระหว่าง สี กับ มา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สี เพราะใช้สระอีเหมือนกัน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ให้ผู้เรียนอ่านประโยค ตาดูปู แล้วบอกว่าใครดูอะไร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ตาเป็นผู้ดู สิ่งที่ดูคือปู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อ่านคำสระอา อี อู แล้วอธิบายความเชื่อมโยงและตรวจคำตอบด้วยตนเอง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ตาเป็นผู้ดู สิ่งที่ดูคือปู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อ่านคำ กา แล้วแยกพยัญชนะกับสระ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อ่านคำ ดี แล้วบอกว่ารูปสระอยู่ส่วนใด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อ่านคำ ปู แล้วบอกเสียงสระ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เลือกคำที่ใช้สระเดียวกับ มี ระหว่าง สี กับ มา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อ่านประโยค ตาดูปู แล้วบอกว่าใครดูอะไร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เลือกคำที่ใช้สระเดียวกับ มี ระหว่าง สี กับ มา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อ่านคำ กา แล้วแยกพยัญชนะกับสระ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อ่านประโยค ตาดูปู แล้วบอกว่าใครดูอะไร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อ่านคำ ดี แล้วบอกว่ารูปสระอยู่ส่วนใด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อ่านคำ ปู แล้วบอกเสียงสระ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ก เป็นพยัญชนะ า เป็นสระ อ่านว่า กา</w:t>
      </w:r>
    </w:p>
    <w:p>
      <w:pPr>
        <w:pStyle w:val="Heading2"/>
      </w:pPr>
      <w:r>
        <w:t>ประเด็นที่ 2</w:t>
      </w:r>
    </w:p>
    <w:p>
      <w:r>
        <w:t>อ่านว่า ดี รูปสระอีอยู่ด้านบนพยัญชนะ</w:t>
      </w:r>
    </w:p>
    <w:p>
      <w:pPr>
        <w:pStyle w:val="Heading2"/>
      </w:pPr>
      <w:r>
        <w:t>ประเด็นที่ 3</w:t>
      </w:r>
    </w:p>
    <w:p>
      <w:r>
        <w:t>อ่านว่า ปู ใช้สระอู</w:t>
      </w:r>
    </w:p>
    <w:p>
      <w:pPr>
        <w:pStyle w:val="Heading2"/>
      </w:pPr>
      <w:r>
        <w:t>ประเด็นที่ 4</w:t>
      </w:r>
    </w:p>
    <w:p>
      <w:r>
        <w:t>สี เพราะใช้สระอีเหมือนกัน</w:t>
      </w:r>
    </w:p>
    <w:p>
      <w:pPr>
        <w:pStyle w:val="Heading2"/>
      </w:pPr>
      <w:r>
        <w:t>ประเด็นที่ 5</w:t>
      </w:r>
    </w:p>
    <w:p>
      <w:r>
        <w:t>ตาเป็นผู้ดู สิ่งที่ดูคือปู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การพัฒนาการเรียนรู้เรื่องการอ่านคำสระอา อี อูด้วยการอ่านคิดและอธิบายด้วยหลักฐาน</dc:title>
  <dc:subject>ภาษาไทย ป.1</dc:subject>
  <dc:creator/>
  <cp:keywords/>
  <dc:description>generated by python-docx</dc:description>
  <cp:lastModifiedBy/>
  <cp:revision>1</cp:revision>
  <cp:category/>
</cp:coreProperties>
</file>