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การพัฒนาการเรียนรู้เรื่องการประเมินความน่าเชื่อถือของสารด้วยการอ่านคิดและอธิบายด้วยหลักฐาน</w:t>
      </w:r>
    </w:p>
    <w:p>
      <w:r>
        <w:t>ภาษาไทย  ชั้นม.3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รายงานตัวอย่างนี้นำเสนอแนวทางพัฒนาประเมินความน่าเชื่อถือของสาร ในรายวิชาภาษาไทย ชั้นม.3 ด้วยการอ่านคิดและอธิบายด้วยหลักฐาน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7.45 และหลังเท่ากับ 11.15 คะแนน ผลต่างเฉลี่ย 3.70 คะแนน จำนวนผู้ถึงเกณฑ์เปลี่ยนจาก 0 เป็น 6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ประเมินความน่าเชื่อถือของสาร เป็นประเด็นที่ใช้ฝึกให้ผู้เรียนเชื่อมความรู้กับการทำงานในรายวิชาภาษาไทย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ในระดับม.3 ครูควรเลือกภาษา ปริมาณงาน และความช่วยเหลือให้สอดคล้องกับความพร้อมจริง</w:t>
      </w:r>
    </w:p>
    <w:p>
      <w:r>
        <w:t>เด็กอาจจำคำหรือจับเพียงคำเด่นโดยยังไม่เชื่อมความหมาย ครูจึงต้องแยกความถูกต้องของคำตอบออกจากเหตุผลที่ใช้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การอ่านคิดและอธิบายด้วยหลักฐาน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ชี้ข้อมูลในข้อความ อ่านหรือฟังอย่างตั้งใจ แล้วอธิบายความหมายด้วยภาษาของตนเอง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เปรียบเทียบคะแนนความสามารถเรื่องประเมินความน่าเชื่อถือของสาร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สิ่งที่จัดให้ผู้เรียนคือการอ่านคิดและอธิบายด้วยหลักฐาน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เนื้อหาเรื่องประเมินความน่าเชื่อถือของสาร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บทความไม่ระบุผู้เขียนและแหล่งข้อมูล ควรตรวจอะไร แนวคิดสำคัญคือ ผู้รับผิดชอบ หลักฐาน แหล่งต้นทาง และความทันสมัย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พาดหัวกับเนื้อหาให้ข้อสรุปไม่ตรงกันควรเชื่อส่วนใดทันทีหรือไม่ แนวคิดสำคัญคือ ยังไม่ควรรับรอง ต้องอ่านต้นทางและตรวจบริบท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ตัวเลขเพิ่มจาก 2 เป็น 4 เหตุใดต้องบอกทั้งจำนวนและร้อยละ แนวคิดสำคัญคือ เพิ่มร้อยละ 100 แต่เพิ่มจริง 2 หน่วย ฐานทำให้ตีความต่างกัน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ภาพเก่าถูกใช้กับข่าวใหม่ตรวจอย่างไร แนวคิดสำคัญคือ ตรวจต้นทาง เวลา สถานที่ และคำบรรยาย ไม่ตัดสินจากภาพอย่างเดียว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เขียนข้อความแบ่งปันข่าวที่ยังไม่ยืนยัน แนวคิดสำคัญคือ ระบุว่ายังไม่ยืนยันและไม่ส่งต่อข้อกล่าวหา พร้อมชวนตรวจต้นทาง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สำหรับเรื่องประเมินความน่าเชื่อถือของสาร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การอ่านคิดและอธิบายด้วยหลักฐาน → ผู้เรียนเห็นเกณฑ์และตัวอย่าง → ฝึกชี้ข้อมูลในข้อความ อ่านหรือฟังอย่างตั้งใจ แล้วอธิบายความหมายด้วยภาษาของตนเอง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7.45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11.15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2.06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3.50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3.70 คะแนนจากคะแนนเต็ม 20 คิดเป็นผลต่างร้อยละคะแนนเต็ม 18.50 จุดร้อยละ มีรหัสที่คะแนนเพิ่ม 18 รหัส เท่าเดิม 1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149 หลัง 223 ผลรวมผลต่าง 74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7.45 เป็น 11.15 คะแนน มีรหัสถึงเกณฑ์หลัง 6 จาก 20 รหัส และยังไม่ถึง 14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สำหรับเรื่องประเมินความน่าเชื่อถือของสาร ประเด็นที่ควรตรวจคือผู้เรียน ชี้ข้อมูลในข้อความ อ่านหรือฟังอย่างตั้งใจ แล้วอธิบายความหมายด้วยภาษาของตนเอง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ประเมินความน่าเชื่อถือของสาร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ให้ผู้เรียนบทความไม่ระบุผู้เขียนและแหล่งข้อมูล ควรตรวจอะไร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ผู้รับผิดชอบ หลักฐาน แหล่งต้นทาง และความทันสมัย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ให้ผู้เรียนพาดหัวกับเนื้อหาให้ข้อสรุปไม่ตรงกันควรเชื่อส่วนใดทันทีหรือไม่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ยังไม่ควรรับรอง ต้องอ่านต้นทางและตรวจบริบท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ให้ผู้เรียนตัวเลขเพิ่มจาก 2 เป็น 4 เหตุใดต้องบอกทั้งจำนวนและร้อยละ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เพิ่มร้อยละ 100 แต่เพิ่มจริง 2 หน่วย ฐานทำให้ตีความต่างกัน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ให้ผู้เรียนภาพเก่าถูกใช้กับข่าวใหม่ตรวจอย่างไร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ตรวจต้นทาง เวลา สถานที่ และคำบรรยาย ไม่ตัดสินจากภาพอย่างเดียว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ให้ผู้เรียนเขียนข้อความแบ่งปันข่าวที่ยังไม่ยืนยัน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ระบุว่ายังไม่ยืนยันและไม่ส่งต่อข้อกล่าวหา พร้อมชวนตรวจต้นทาง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ประเมินความน่าเชื่อถือของสาร แล้วอธิบายความเชื่อมโยงและตรวจคำตอบด้วยตนเอง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ระบุว่ายังไม่ยืนยันและไม่ส่งต่อข้อกล่าวหา พร้อมชวนตรวจต้นทาง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บทความไม่ระบุผู้เขียนและแหล่งข้อมูล ควรตรวจอะไร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พาดหัวกับเนื้อหาให้ข้อสรุปไม่ตรงกันควรเชื่อส่วนใดทันทีหรือไม่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ตัวเลขเพิ่มจาก 2 เป็น 4 เหตุใดต้องบอกทั้งจำนวนและร้อยละ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ภาพเก่าถูกใช้กับข่าวใหม่ตรวจอย่างไร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เขียนข้อความแบ่งปันข่าวที่ยังไม่ยืนยัน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ภาพเก่าถูกใช้กับข่าวใหม่ตรวจอย่างไร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บทความไม่ระบุผู้เขียนและแหล่งข้อมูล ควรตรวจอะไร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เขียนข้อความแบ่งปันข่าวที่ยังไม่ยืนยัน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พาดหัวกับเนื้อหาให้ข้อสรุปไม่ตรงกันควรเชื่อส่วนใดทันทีหรือไม่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ตัวเลขเพิ่มจาก 2 เป็น 4 เหตุใดต้องบอกทั้งจำนวนและร้อยละ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ผู้รับผิดชอบ หลักฐาน แหล่งต้นทาง และความทันสมัย</w:t>
      </w:r>
    </w:p>
    <w:p>
      <w:pPr>
        <w:pStyle w:val="Heading2"/>
      </w:pPr>
      <w:r>
        <w:t>ประเด็นที่ 2</w:t>
      </w:r>
    </w:p>
    <w:p>
      <w:r>
        <w:t>ยังไม่ควรรับรอง ต้องอ่านต้นทางและตรวจบริบท</w:t>
      </w:r>
    </w:p>
    <w:p>
      <w:pPr>
        <w:pStyle w:val="Heading2"/>
      </w:pPr>
      <w:r>
        <w:t>ประเด็นที่ 3</w:t>
      </w:r>
    </w:p>
    <w:p>
      <w:r>
        <w:t>เพิ่มร้อยละ 100 แต่เพิ่มจริง 2 หน่วย ฐานทำให้ตีความต่างกัน</w:t>
      </w:r>
    </w:p>
    <w:p>
      <w:pPr>
        <w:pStyle w:val="Heading2"/>
      </w:pPr>
      <w:r>
        <w:t>ประเด็นที่ 4</w:t>
      </w:r>
    </w:p>
    <w:p>
      <w:r>
        <w:t>ตรวจต้นทาง เวลา สถานที่ และคำบรรยาย ไม่ตัดสินจากภาพอย่างเดียว</w:t>
      </w:r>
    </w:p>
    <w:p>
      <w:pPr>
        <w:pStyle w:val="Heading2"/>
      </w:pPr>
      <w:r>
        <w:t>ประเด็นที่ 5</w:t>
      </w:r>
    </w:p>
    <w:p>
      <w:r>
        <w:t>ระบุว่ายังไม่ยืนยันและไม่ส่งต่อข้อกล่าวหา พร้อมชวนตรวจต้นทาง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การพัฒนาการเรียนรู้เรื่องการประเมินความน่าเชื่อถือของสารด้วยการอ่านคิดและอธิบายด้วยหลักฐาน</dc:title>
  <dc:subject>ภาษาไทย ม.3</dc:subject>
  <dc:creator/>
  <cp:keywords/>
  <dc:description>generated by python-docx</dc:description>
  <cp:lastModifiedBy/>
  <cp:revision>1</cp:revision>
  <cp:category/>
</cp:coreProperties>
</file>