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การพัฒนาการเรียนรู้เรื่องการอ่านตีความและอนุมานจากข้อความด้วยการอ่านคิดและอธิบายด้วยหลักฐาน</w:t>
      </w:r>
    </w:p>
    <w:p>
      <w:r>
        <w:t>ภาษาไทย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รายงานตัวอย่างนี้นำเสนอแนวทางพัฒนาอ่านตีความและอนุมานจากข้อความ ในรายวิชาภาษาไทย ชั้นม.1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11.65 คะแนน ผลต่างเฉลี่ย 4.10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อ่านตีความและอนุมานจากข้อความ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เปรียบเทียบคะแนนความสามารถเรื่องอ่านตีความและอนุมานจากข้อความ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เนื้อหาเรื่องอ่านตีความและอนุมานจากข้อความ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อ่าน เขายืนถือร่มเปียกหน้าประตู อนุมานอะไรได้และอะไรยังไม่รู้ แนวคิดสำคัญคือ อาจเพิ่งผ่านฝน แต่ยังไม่รู้ว่าเดินมาจากไหน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อ่าน นิดเงียบเมื่อเพื่อนพูดถึงการสอบ จะสรุปว่าสอบตกได้หรือไม่ แนวคิดสำคัญคือ ไม่ได้ ความเงียบมีหลายเหตุ ต้องมีหลักฐานเพิ่ม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บอกต่างระหว่างข้อความตรงกับการอนุมาน แนวคิดสำคัญคือ ข้อความตรงมีระบุไว้ การอนุมานเป็นข้อสรุปจากข้อมูลและต้องเปิดรับการแก้ไข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อ่าน ร้านปิดไฟและขึ้นป้ายหยุดวันนี้ ระบุหลักฐานว่าร้านไม่เปิด แนวคิดสำคัญคือ ป้ายหยุดวันนี้ร่วมกับการปิดไฟ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เสนอการตีความสองแบบของ เขามองนาฬิกาบ่อย แนวคิดสำคัญคือ อาจรอเวลา หรือกังวลว่าจะสาย ต้องดูบริบทเพิ่ม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สำหรับเรื่องอ่านตีความและอนุมานจากข้อความ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11.65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2.96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4.10 คะแนนจากคะแนนเต็ม 20 คิดเป็นผลต่างร้อยละคะแนนเต็ม 20.50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233 ผลรวมผลต่าง 82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11.65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สำหรับเรื่องอ่านตีความและอนุมานจากข้อความ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อ่านตีความและอนุมานจากข้อความ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ให้ผู้เรียนอ่าน เขายืนถือร่มเปียกหน้าประตู อนุมานอะไรได้และอะไรยังไม่รู้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อาจเพิ่งผ่านฝน แต่ยังไม่รู้ว่าเดินมาจากไหน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ให้ผู้เรียนอ่าน นิดเงียบเมื่อเพื่อนพูดถึงการสอบ จะสรุปว่าสอบตกได้หรือไม่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ไม่ได้ ความเงียบมีหลายเหตุ ต้องมีหลักฐานเพิ่ม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ให้ผู้เรียนบอกต่างระหว่างข้อความตรงกับการอนุมาน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ข้อความตรงมีระบุไว้ การอนุมานเป็นข้อสรุปจากข้อมูลและต้องเปิดรับการแก้ไข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ให้ผู้เรียนอ่าน ร้านปิดไฟและขึ้นป้ายหยุดวันนี้ ระบุหลักฐานว่าร้านไม่เปิด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ป้ายหยุดวันนี้ร่วมกับการปิดไฟ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ให้ผู้เรียนเสนอการตีความสองแบบของ เขามองนาฬิกาบ่อย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อาจรอเวลา หรือกังวลว่าจะสาย ต้องดูบริบทเพิ่ม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อ่านตีความและอนุมานจากข้อความ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อาจรอเวลา หรือกังวลว่าจะสาย ต้องดูบริบทเพิ่ม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อ่าน เขายืนถือร่มเปียกหน้าประตู อนุมานอะไรได้และอะไรยังไม่รู้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 นิดเงียบเมื่อเพื่อนพูดถึงการสอบ จะสรุปว่าสอบตกได้หรือไม่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บอกต่างระหว่างข้อความตรงกับการอนุมาน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อ่าน ร้านปิดไฟและขึ้นป้ายหยุดวันนี้ ระบุหลักฐานว่าร้านไม่เปิด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เสนอการตีความสองแบบของ เขามองนาฬิกาบ่อย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อ่าน ร้านปิดไฟและขึ้นป้ายหยุดวันนี้ ระบุหลักฐานว่าร้านไม่เปิด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อ่าน เขายืนถือร่มเปียกหน้าประตู อนุมานอะไรได้และอะไรยังไม่รู้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เสนอการตีความสองแบบของ เขามองนาฬิกาบ่อย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อ่าน นิดเงียบเมื่อเพื่อนพูดถึงการสอบ จะสรุปว่าสอบตกได้หรือไม่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บอกต่างระหว่างข้อความตรงกับการอนุมาน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อาจเพิ่งผ่านฝน แต่ยังไม่รู้ว่าเดินมาจากไหน</w:t>
      </w:r>
    </w:p>
    <w:p>
      <w:pPr>
        <w:pStyle w:val="Heading2"/>
      </w:pPr>
      <w:r>
        <w:t>ประเด็นที่ 2</w:t>
      </w:r>
    </w:p>
    <w:p>
      <w:r>
        <w:t>ไม่ได้ ความเงียบมีหลายเหตุ ต้องมีหลักฐานเพิ่ม</w:t>
      </w:r>
    </w:p>
    <w:p>
      <w:pPr>
        <w:pStyle w:val="Heading2"/>
      </w:pPr>
      <w:r>
        <w:t>ประเด็นที่ 3</w:t>
      </w:r>
    </w:p>
    <w:p>
      <w:r>
        <w:t>ข้อความตรงมีระบุไว้ การอนุมานเป็นข้อสรุปจากข้อมูลและต้องเปิดรับการแก้ไข</w:t>
      </w:r>
    </w:p>
    <w:p>
      <w:pPr>
        <w:pStyle w:val="Heading2"/>
      </w:pPr>
      <w:r>
        <w:t>ประเด็นที่ 4</w:t>
      </w:r>
    </w:p>
    <w:p>
      <w:r>
        <w:t>ป้ายหยุดวันนี้ร่วมกับการปิดไฟ</w:t>
      </w:r>
    </w:p>
    <w:p>
      <w:pPr>
        <w:pStyle w:val="Heading2"/>
      </w:pPr>
      <w:r>
        <w:t>ประเด็นที่ 5</w:t>
      </w:r>
    </w:p>
    <w:p>
      <w:r>
        <w:t>อาจรอเวลา หรือกังวลว่าจะสาย ต้องดูบริบทเพิ่ม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การพัฒนาการเรียนรู้เรื่องการอ่านตีความและอนุมานจากข้อความด้วยการอ่านคิดและอธิบายด้วยหลักฐาน</dc:title>
  <dc:subject>ภาษาไทย ม.1</dc:subject>
  <dc:creator/>
  <cp:keywords/>
  <dc:description>generated by python-docx</dc:description>
  <cp:lastModifiedBy/>
  <cp:revision>1</cp:revision>
  <cp:category/>
</cp:coreProperties>
</file>