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แยกความจำเป็นและความต้องการด้วยการวิเคราะห์สถานการณ์และตัดสินใจอย่างมีเหตุผล</w:t>
      </w:r>
    </w:p>
    <w:p>
      <w:r>
        <w:t>สังคมศึกษา ศาสนาและวัฒนธรรม  ชั้นป.3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รายงานตัวอย่างนี้นำเสนอแนวทางพัฒนาแยกความจำเป็นและความต้องการ ในรายวิชาสังคมศึกษา ศาสนาและวัฒนธรรม ชั้นป.3 ด้วยการวิเคราะห์สถานการณ์และตัดสินใจอย่างมีเหตุผล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7.00 และหลังเท่ากับ 10.60 คะแนน ผลต่างเฉลี่ย 3.60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แยกความจำเป็นและความต้องการ เป็นประเด็นที่ใช้ฝึกให้ผู้เรียนเชื่อมความรู้กับการทำงานในรายวิชาสังคมศึกษา ศาสนาและวัฒนธรรม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ในระดับป.3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ผู้เรียนอาจตอบตามความชอบหรือความเห็นส่วนใหญ่โดยไม่ตรวจบริบท การให้ระบุข้อมูลที่ใช้ตัดสินใจช่วยแยกความรู้กับการคาดเดา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การวิเคราะห์สถานการณ์และตัดสินใจอย่างมีเหตุผล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อ่านเงื่อนไข พิจารณาผู้เกี่ยวข้อง เลือกทางปฏิบัติ และอธิบายโดยใช้ข้อมูล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เปรียบเทียบคะแนนความสามารถเรื่องแยกความจำเป็นและความต้องการ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สิ่งที่จัดให้ผู้เรียนคือการวิเคราะห์สถานการณ์และตัดสินใจอย่างมีเหตุผล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เนื้อหาเรื่องแยกความจำเป็นและความต้องการ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มีเงินค่ารถกลับบ้านพอดีแต่อยากซื้อของเล่นควรเลือกอย่างไร แนวคิดสำคัญคือ กันค่ารถไว้เพราะต้องเดินทางกลับ ของเล่นเลื่อนได้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ดินสอหมดแต่พรุ่งนี้ต้องใช้ ควรจัดลำดับอย่างไร แนวคิดสำคัญคือ จัดหาดินสอที่เหมาะสมก่อนของสะสม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ของชนิดเดียวกันจำเป็นเหมือนกันทุกคนหรือไม่ แนวคิดสำคัญคือ ไม่เสมอ ขึ้นกับสภาพและสิ่งที่มีอยู่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มีน้ำดื่มแล้วอยากซื้อแก้วลายใหม่ เป็นความต้องการหรือไม่ แนวคิดสำคัญคือ ในบริบทนี้เลื่อนได้เพราะมีภาชนะใช้อยู่แล้ว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ก่อนซื้อของควรถามอะไร แนวคิดสำคัญคือ ต้องใช้ทำอะไร มีอยู่แล้วหรือไม่ และงบพอกับสิ่งจำเป็นหรือไม่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สำหรับเรื่องแยกความจำเป็นและความต้องการ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การวิเคราะห์สถานการณ์และตัดสินใจอย่างมีเหตุผล → ผู้เรียนเห็นเกณฑ์และตัวอย่าง → ฝึกอ่านเงื่อนไข พิจารณาผู้เกี่ยวข้อง เลือกทางปฏิบัติ และอธิบายโดยใช้ข้อมูล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10.60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1.75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2.62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 ถึง 15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3.60 คะแนนจากคะแนนเต็ม 20 คิดเป็นผลต่างร้อยละคะแนนเต็ม 18.00 จุดร้อยละ มีรหัสที่คะแนนเพิ่ม 18 รหัส เท่าเดิม 1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140 หลัง 212 ผลรวมผลต่าง 72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7.00 เป็น 10.60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สำหรับเรื่องแยกความจำเป็นและความต้องการ ประเด็นที่ควรตรวจคือผู้เรียน อ่านเงื่อนไข พิจารณาผู้เกี่ยวข้อง เลือกทางปฏิบัติ และอธิบายโดยใช้ข้อมูล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แยกความจำเป็นและความต้องการ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ให้ผู้เรียนมีเงินค่ารถกลับบ้านพอดีแต่อยากซื้อของเล่นควรเลือกอย่างไร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กันค่ารถไว้เพราะต้องเดินทางกลับ ของเล่นเลื่อนได้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ให้ผู้เรียนดินสอหมดแต่พรุ่งนี้ต้องใช้ ควรจัดลำดับอย่างไร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จัดหาดินสอที่เหมาะสมก่อนของสะสม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ให้ผู้เรียนของชนิดเดียวกันจำเป็นเหมือนกันทุกคนหรือไม่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ไม่เสมอ ขึ้นกับสภาพและสิ่งที่มีอยู่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ให้ผู้เรียนมีน้ำดื่มแล้วอยากซื้อแก้วลายใหม่ เป็นความต้องการหรือไม่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ในบริบทนี้เลื่อนได้เพราะมีภาชนะใช้อยู่แล้ว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ให้ผู้เรียนก่อนซื้อของควรถามอะไร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ต้องใช้ทำอะไร มีอยู่แล้วหรือไม่ และงบพอกับสิ่งจำเป็นหรือไม่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แยกความจำเป็นและความต้องการ แล้วอธิบายความเชื่อมโยงและตรวจคำตอบด้วยตนเอง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ต้องใช้ทำอะไร มีอยู่แล้วหรือไม่ และงบพอกับสิ่งจำเป็นหรือไม่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มีเงินค่ารถกลับบ้านพอดีแต่อยากซื้อของเล่นควรเลือกอย่างไร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ดินสอหมดแต่พรุ่งนี้ต้องใช้ ควรจัดลำดับอย่างไร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ของชนิดเดียวกันจำเป็นเหมือนกันทุกคนหรือไม่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มีน้ำดื่มแล้วอยากซื้อแก้วลายใหม่ เป็นความต้องการหรือไม่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ก่อนซื้อของควรถามอะไร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มีน้ำดื่มแล้วอยากซื้อแก้วลายใหม่ เป็นความต้องการหรือไม่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มีเงินค่ารถกลับบ้านพอดีแต่อยากซื้อของเล่นควรเลือกอย่างไร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ก่อนซื้อของควรถามอะไร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ดินสอหมดแต่พรุ่งนี้ต้องใช้ ควรจัดลำดับอย่างไร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ของชนิดเดียวกันจำเป็นเหมือนกันทุกคนหรือไม่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กันค่ารถไว้เพราะต้องเดินทางกลับ ของเล่นเลื่อนได้</w:t>
      </w:r>
    </w:p>
    <w:p>
      <w:pPr>
        <w:pStyle w:val="Heading2"/>
      </w:pPr>
      <w:r>
        <w:t>ประเด็นที่ 2</w:t>
      </w:r>
    </w:p>
    <w:p>
      <w:r>
        <w:t>จัดหาดินสอที่เหมาะสมก่อนของสะสม</w:t>
      </w:r>
    </w:p>
    <w:p>
      <w:pPr>
        <w:pStyle w:val="Heading2"/>
      </w:pPr>
      <w:r>
        <w:t>ประเด็นที่ 3</w:t>
      </w:r>
    </w:p>
    <w:p>
      <w:r>
        <w:t>ไม่เสมอ ขึ้นกับสภาพและสิ่งที่มีอยู่</w:t>
      </w:r>
    </w:p>
    <w:p>
      <w:pPr>
        <w:pStyle w:val="Heading2"/>
      </w:pPr>
      <w:r>
        <w:t>ประเด็นที่ 4</w:t>
      </w:r>
    </w:p>
    <w:p>
      <w:r>
        <w:t>ในบริบทนี้เลื่อนได้เพราะมีภาชนะใช้อยู่แล้ว</w:t>
      </w:r>
    </w:p>
    <w:p>
      <w:pPr>
        <w:pStyle w:val="Heading2"/>
      </w:pPr>
      <w:r>
        <w:t>ประเด็นที่ 5</w:t>
      </w:r>
    </w:p>
    <w:p>
      <w:r>
        <w:t>ต้องใช้ทำอะไร มีอยู่แล้วหรือไม่ และงบพอกับสิ่งจำเป็นหรือไม่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แยกความจำเป็นและความต้องการด้วยการวิเคราะห์สถานการณ์และตัดสินใจอย่างมีเหตุผล</dc:title>
  <dc:subject>สังคมศึกษา ศาสนาและวัฒนธรรม ป.3</dc:subject>
  <dc:creator/>
  <cp:keywords/>
  <dc:description>generated by python-docx</dc:description>
  <cp:lastModifiedBy/>
  <cp:revision>1</cp:revision>
  <cp:category/>
</cp:coreProperties>
</file>