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อ่านแผนผังและบอกตำแหน่งด้วยการวิเคราะห์สถานการณ์และตัดสินใจอย่างมีเหตุผล</w:t>
      </w:r>
    </w:p>
    <w:p>
      <w:r>
        <w:t>สังคมศึกษา ศาสนาและวัฒนธรรม  ชั้นป.2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รายงานตัวอย่างนี้นำเสนอแนวทางพัฒนาอ่านแผนผังและบอกตำแหน่ง ในรายวิชาสังคมศึกษา ศาสนาและวัฒนธรรม ชั้นป.2 ด้วยการวิเคราะห์สถานการณ์และตัดสินใจอย่างมีเหตุผล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7.95 และหลังเท่ากับ 11.55 คะแนน ผลต่างเฉลี่ย 3.60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อ่านแผนผังและบอกตำแหน่ง เป็นประเด็นที่ใช้ฝึกให้ผู้เรียนเชื่อมความรู้กับการทำงานในรายวิชาสังคมศึกษา ศาสนาและวัฒนธรรม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ในระดับป.2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ผู้เรียนอาจตอบตามความชอบหรือความเห็นส่วนใหญ่โดยไม่ตรวจบริบท การให้ระบุข้อมูลที่ใช้ตัดสินใจช่วยแยกความรู้กับการคาดเดา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การวิเคราะห์สถานการณ์และตัดสินใจอย่างมีเหตุผล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อ่านเงื่อนไข พิจารณาผู้เกี่ยวข้อง เลือกทางปฏิบัติ และอธิบายโดยใช้ข้อมูล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เปรียบเทียบคะแนนความสามารถเรื่องอ่านแผนผังและบอกตำแหน่ง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สิ่งที่จัดให้ผู้เรียนคือการวิเคราะห์สถานการณ์และตัดสินใจอย่างมีเหตุผล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เนื้อหาเรื่องอ่านแผนผังและบอกตำแหน่ง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แผนผังให้ห้องสมุดอยู่เหนือห้องเรียน ต้องเดินไปทิศใด แนวคิดสำคัญคือ ทิศเหนือเมื่ออ้างอิงลูกศรเหนือในแผนผัง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ทำไมต้องมีสัญลักษณ์ในแผนผัง แนวคิดสำคัญคือ ใช้แทนสถานที่และอ่านข้อมูลได้ตรงกัน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ห้องน้ำอยู่ขวาของสนามเมื่อหันตามภาพ เปลี่ยนทิศหันแล้วขวาจะคงเดิมหรือไม่ แนวคิดสำคัญคือ ไม่คงเดิม ต้องระบุจุดอ้างอิงหรือใช้ทิศ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เลือกเส้นทางผ่านทางม้าลายกับข้ามถนนตรงจุดไม่ปลอดภัย แนวคิดสำคัญคือ เลือกจุดข้ามที่ปลอดภัยและมีผู้ใหญ่ดูแลตามบริบท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วาดแผนผังต้องใส่ข้อมูลใดอย่างน้อย แนวคิดสำคัญคือ สถานที่สำคัญ จุดอ้างอิง และคำอธิบายสัญลักษณ์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สำหรับเรื่องอ่านแผนผังและบอกตำแหน่ง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การวิเคราะห์สถานการณ์และตัดสินใจอย่างมีเหตุผล → ผู้เรียนเห็นเกณฑ์และตัวอย่าง → ฝึกอ่านเงื่อนไข พิจารณาผู้เกี่ยวข้อง เลือกทางปฏิบัติ และอธิบายโดยใช้ข้อมูล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7.95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11.55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1.47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3.02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3.60 คะแนนจากคะแนนเต็ม 20 คิดเป็นผลต่างร้อยละคะแนนเต็ม 18.00 จุดร้อยละ มีรหัสที่คะแนนเพิ่ม 17 รหัส เท่าเดิม 2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159 หลัง 231 ผลรวมผลต่าง 72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7.95 เป็น 11.55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สำหรับเรื่องอ่านแผนผังและบอกตำแหน่ง ประเด็นที่ควรตรวจคือผู้เรียน อ่านเงื่อนไข พิจารณาผู้เกี่ยวข้อง เลือกทางปฏิบัติ และอธิบายโดยใช้ข้อมูล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อ่านแผนผังและบอกตำแหน่ง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ให้ผู้เรียนแผนผังให้ห้องสมุดอยู่เหนือห้องเรียน ต้องเดินไปทิศใด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ทิศเหนือเมื่ออ้างอิงลูกศรเหนือในแผนผัง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ให้ผู้เรียนทำไมต้องมีสัญลักษณ์ในแผนผัง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ใช้แทนสถานที่และอ่านข้อมูลได้ตรงกัน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ให้ผู้เรียนห้องน้ำอยู่ขวาของสนามเมื่อหันตามภาพ เปลี่ยนทิศหันแล้วขวาจะคงเดิมหรือไม่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ไม่คงเดิม ต้องระบุจุดอ้างอิงหรือใช้ทิศ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ให้ผู้เรียนเลือกเส้นทางผ่านทางม้าลายกับข้ามถนนตรงจุดไม่ปลอดภัย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เลือกจุดข้ามที่ปลอดภัยและมีผู้ใหญ่ดูแลตามบริบท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ให้ผู้เรียนวาดแผนผังต้องใส่ข้อมูลใดอย่างน้อย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สถานที่สำคัญ จุดอ้างอิง และคำอธิบายสัญลักษณ์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อ่านแผนผังและบอกตำแหน่ง แล้วอธิบายความเชื่อมโยงและตรวจคำตอบด้วยตนเอง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สถานที่สำคัญ จุดอ้างอิง และคำอธิบายสัญลักษณ์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แผนผังให้ห้องสมุดอยู่เหนือห้องเรียน ต้องเดินไปทิศใด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ทำไมต้องมีสัญลักษณ์ในแผนผัง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ห้องน้ำอยู่ขวาของสนามเมื่อหันตามภาพ เปลี่ยนทิศหันแล้วขวาจะคงเดิมหรือไม่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เลือกเส้นทางผ่านทางม้าลายกับข้ามถนนตรงจุดไม่ปลอดภัย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วาดแผนผังต้องใส่ข้อมูลใดอย่างน้อย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เลือกเส้นทางผ่านทางม้าลายกับข้ามถนนตรงจุดไม่ปลอดภัย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แผนผังให้ห้องสมุดอยู่เหนือห้องเรียน ต้องเดินไปทิศใด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วาดแผนผังต้องใส่ข้อมูลใดอย่างน้อย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ทำไมต้องมีสัญลักษณ์ในแผนผัง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ห้องน้ำอยู่ขวาของสนามเมื่อหันตามภาพ เปลี่ยนทิศหันแล้วขวาจะคงเดิมหรือไม่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ทิศเหนือเมื่ออ้างอิงลูกศรเหนือในแผนผัง</w:t>
      </w:r>
    </w:p>
    <w:p>
      <w:pPr>
        <w:pStyle w:val="Heading2"/>
      </w:pPr>
      <w:r>
        <w:t>ประเด็นที่ 2</w:t>
      </w:r>
    </w:p>
    <w:p>
      <w:r>
        <w:t>ใช้แทนสถานที่และอ่านข้อมูลได้ตรงกัน</w:t>
      </w:r>
    </w:p>
    <w:p>
      <w:pPr>
        <w:pStyle w:val="Heading2"/>
      </w:pPr>
      <w:r>
        <w:t>ประเด็นที่ 3</w:t>
      </w:r>
    </w:p>
    <w:p>
      <w:r>
        <w:t>ไม่คงเดิม ต้องระบุจุดอ้างอิงหรือใช้ทิศ</w:t>
      </w:r>
    </w:p>
    <w:p>
      <w:pPr>
        <w:pStyle w:val="Heading2"/>
      </w:pPr>
      <w:r>
        <w:t>ประเด็นที่ 4</w:t>
      </w:r>
    </w:p>
    <w:p>
      <w:r>
        <w:t>เลือกจุดข้ามที่ปลอดภัยและมีผู้ใหญ่ดูแลตามบริบท</w:t>
      </w:r>
    </w:p>
    <w:p>
      <w:pPr>
        <w:pStyle w:val="Heading2"/>
      </w:pPr>
      <w:r>
        <w:t>ประเด็นที่ 5</w:t>
      </w:r>
    </w:p>
    <w:p>
      <w:r>
        <w:t>สถานที่สำคัญ จุดอ้างอิง และคำอธิบายสัญลักษณ์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อ่านแผนผังและบอกตำแหน่งด้วยการวิเคราะห์สถานการณ์และตัดสินใจอย่างมีเหตุผล</dc:title>
  <dc:subject>สังคมศึกษา ศาสนาและวัฒนธรรม ป.2</dc:subject>
  <dc:creator/>
  <cp:keywords/>
  <dc:description>generated by python-docx</dc:description>
  <cp:lastModifiedBy/>
  <cp:revision>1</cp:revision>
  <cp:category/>
</cp:coreProperties>
</file>