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ิเคราะห์วงจรไฟฟ้าอย่างปลอดภัยด้วยการสืบเสาะจากสถานการณ์และหลักฐาน</w:t>
      </w:r>
    </w:p>
    <w:p>
      <w:r>
        <w:t>วิทยาศาสตร์และเทคโนโลยี  ชั้นป.6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รายงานตัวอย่างนี้นำเสนอแนวทางพัฒนาวิเคราะห์วงจรไฟฟ้าอย่างปลอดภัย ในรายวิชาวิทยาศาสตร์และเทคโนโลยี ชั้นป.6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7.90 และหลังเท่ากับ 11.65 คะแนน ผลต่างเฉลี่ย 3.75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วิเคราะห์วงจรไฟฟ้าอย่างปลอดภัย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ในระดับป.6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เปรียบเทียบคะแนนความสามารถเรื่องวิเคราะห์วงจรไฟฟ้าอย่างปลอดภัย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เนื้อหาเรื่องวิเคราะห์วงจรไฟฟ้าอย่างปลอดภัย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หลอดไฟในวงจรอย่างง่ายจะติดเมื่อใด แนวคิดสำคัญคือ มีแหล่งกำเนิดและวงจรปิดต่อครบตามการต่อที่ถูกต้อง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ถอดสายเส้นหนึ่งวงจรปิดจะเกิดอะไร แนวคิดสำคัญคือ วงจรเปิด กระแสไม่ไหลต่อเนื่อง หลอดดับ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ตัวนำต่างจากฉนวนอย่างไร แนวคิดสำคัญคือ ตัวนำยอมให้กระแสผ่านได้ดีกว่าในเงื่อนไขที่ทดสอบ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ทำไมไม่ใช้ไฟบ้านทดลอง แนวคิดสำคัญคือ ไฟบ้านอันตราย ต้องใช้ถ่านแรงดันต่ำภายใต้การดูแล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ต่อขั้วถ่านตรงถึงกันโดยไม่มีอุปกรณ์รับพลังงานเสี่ยงอะไร แนวคิดสำคัญคือ ลัดวงจร อาจร้อน จึงต้องหลีกเลี่ยง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สำหรับเรื่องวิเคราะห์วงจรไฟฟ้าอย่างปลอดภัย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7.90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11.65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1.48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2.91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3.75 คะแนนจากคะแนนเต็ม 20 คิดเป็นผลต่างร้อยละคะแนนเต็ม 18.75 จุดร้อยละ มีรหัสที่คะแนนเพิ่ม 16 รหัส เท่าเดิม 2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158 หลัง 233 ผลรวมผลต่าง 75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7.90 เป็น 11.65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สำหรับเรื่องวิเคราะห์วงจรไฟฟ้าอย่างปลอดภัย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วิเคราะห์วงจรไฟฟ้าอย่างปลอดภัย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ให้ผู้เรียนหลอดไฟในวงจรอย่างง่ายจะติดเมื่อใด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มีแหล่งกำเนิดและวงจรปิดต่อครบตามการต่อที่ถูกต้อง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ให้ผู้เรียนถอดสายเส้นหนึ่งวงจรปิดจะเกิดอะไร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วงจรเปิด กระแสไม่ไหลต่อเนื่อง หลอดดับ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ให้ผู้เรียนตัวนำต่างจากฉนวนอย่างไร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ตัวนำยอมให้กระแสผ่านได้ดีกว่าในเงื่อนไขที่ทดสอบ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ให้ผู้เรียนทำไมไม่ใช้ไฟบ้านทดลอง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ไฟบ้านอันตราย ต้องใช้ถ่านแรงดันต่ำภายใต้การดูแล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ให้ผู้เรียนต่อขั้วถ่านตรงถึงกันโดยไม่มีอุปกรณ์รับพลังงานเสี่ยงอะไร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ลัดวงจร อาจร้อน จึงต้องหลีกเลี่ยง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วิเคราะห์วงจรไฟฟ้าอย่างปลอดภัย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ลัดวงจร อาจร้อน จึงต้องหลีกเลี่ยง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หลอดไฟในวงจรอย่างง่ายจะติดเมื่อใด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ถอดสายเส้นหนึ่งวงจรปิดจะเกิดอะไร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ตัวนำต่างจากฉนวนอย่างไร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ทำไมไม่ใช้ไฟบ้านทดลอง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ต่อขั้วถ่านตรงถึงกันโดยไม่มีอุปกรณ์รับพลังงานเสี่ยงอะไร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ทำไมไม่ใช้ไฟบ้านทดลอง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หลอดไฟในวงจรอย่างง่ายจะติดเมื่อใด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ต่อขั้วถ่านตรงถึงกันโดยไม่มีอุปกรณ์รับพลังงานเสี่ยงอะไร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ถอดสายเส้นหนึ่งวงจรปิดจะเกิดอะไร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ตัวนำต่างจากฉนวนอย่างไร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มีแหล่งกำเนิดและวงจรปิดต่อครบตามการต่อที่ถูกต้อง</w:t>
      </w:r>
    </w:p>
    <w:p>
      <w:pPr>
        <w:pStyle w:val="Heading2"/>
      </w:pPr>
      <w:r>
        <w:t>ประเด็นที่ 2</w:t>
      </w:r>
    </w:p>
    <w:p>
      <w:r>
        <w:t>วงจรเปิด กระแสไม่ไหลต่อเนื่อง หลอดดับ</w:t>
      </w:r>
    </w:p>
    <w:p>
      <w:pPr>
        <w:pStyle w:val="Heading2"/>
      </w:pPr>
      <w:r>
        <w:t>ประเด็นที่ 3</w:t>
      </w:r>
    </w:p>
    <w:p>
      <w:r>
        <w:t>ตัวนำยอมให้กระแสผ่านได้ดีกว่าในเงื่อนไขที่ทดสอบ</w:t>
      </w:r>
    </w:p>
    <w:p>
      <w:pPr>
        <w:pStyle w:val="Heading2"/>
      </w:pPr>
      <w:r>
        <w:t>ประเด็นที่ 4</w:t>
      </w:r>
    </w:p>
    <w:p>
      <w:r>
        <w:t>ไฟบ้านอันตราย ต้องใช้ถ่านแรงดันต่ำภายใต้การดูแล</w:t>
      </w:r>
    </w:p>
    <w:p>
      <w:pPr>
        <w:pStyle w:val="Heading2"/>
      </w:pPr>
      <w:r>
        <w:t>ประเด็นที่ 5</w:t>
      </w:r>
    </w:p>
    <w:p>
      <w:r>
        <w:t>ลัดวงจร อาจร้อน จึงต้องหลีกเลี่ยง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ิเคราะห์วงจรไฟฟ้าอย่างปลอดภัยด้วยการสืบเสาะจากสถานการณ์และหลักฐาน</dc:title>
  <dc:subject>วิทยาศาสตร์และเทคโนโลยี ป.6</dc:subject>
  <dc:creator/>
  <cp:keywords/>
  <dc:description>generated by python-docx</dc:description>
  <cp:lastModifiedBy/>
  <cp:revision>1</cp:revision>
  <cp:category/>
</cp:coreProperties>
</file>