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ธิบายการถ่ายทอดแสงและการเกิดเงาด้วยการสืบเสาะจากสถานการณ์และหลักฐาน</w:t>
      </w:r>
    </w:p>
    <w:p>
      <w:r>
        <w:t>วิทยาศาสตร์และเทคโนโลยี  ชั้นป.4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รายงานตัวอย่างนี้นำเสนอแนวทางพัฒนาอธิบายการถ่ายทอดแสงและการเกิดเงา ในรายวิชาวิทยาศาสตร์และเทคโนโลยี ชั้นป.4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7.85 และหลังเท่ากับ 11.60 คะแนน ผลต่างเฉลี่ย 3.75 คะแนน จำนวนผู้ถึงเกณฑ์เปลี่ยนจาก 0 เป็น 4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อธิบายการถ่ายทอดแสงและการเกิดเงา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ในระดับป.4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เปรียบเทียบคะแนนความสามารถเรื่องอธิบายการถ่ายทอดแสงและการเกิดเงา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เนื้อหาเรื่องอธิบายการถ่ายทอดแสงและการเกิดเงา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เงาเกิดเมื่อใด แนวคิดสำคัญคือ เมื่อวัตถุกีดขวางทางเดินของแสงและมีพื้นรับเงา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จำแนกแก้วใสกับกระดาษแข็งต่อแสง แนวคิดสำคัญคือ แก้วใสให้แสงผ่านได้มาก กระดาษแข็งทึบแสง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เลื่อนวัตถุเข้าใกล้ไฟฉายขณะฉากคงที่ เงาโดยทั่วไปเปลี่ยนอย่างไร แนวคิดสำคัญคือ ใหญ่ขึ้นในชุดจัดวางไฟฉาย วัตถุ ฉากที่เหมาะสม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ต้องคงอะไรเมื่อเทียบขนาดเงาจากระยะวัตถุ แนวคิดสำคัญคือ ไฟฉาย ฉาก และขนาดวัตถุ เปลี่ยนเฉพาะระยะที่กำหนด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เหตุใดไม่ส่องไฟเข้าตาเพื่อน แนวคิดสำคัญคือ อาจเป็นอันตรายต่อดวงตา ควรใช้ฉากรับแสง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สำหรับเรื่องอธิบายการถ่ายทอดแสงและการเกิดเงา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7.85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11.60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2.18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2.96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3.75 คะแนนจากคะแนนเต็ม 20 คิดเป็นผลต่างร้อยละคะแนนเต็ม 18.75 จุดร้อยละ มีรหัสที่คะแนนเพิ่ม 17 รหัส เท่าเดิม 3 รหัส และลดลง 0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157 หลัง 232 ผลรวมผลต่าง 75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7.85 เป็น 11.60 คะแนน มีรหัสถึงเกณฑ์หลัง 4 จาก 20 รหัส และยังไม่ถึง 16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สำหรับเรื่องอธิบายการถ่ายทอดแสงและการเกิดเงา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อธิบายการถ่ายทอดแสงและการเกิดเงา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ให้ผู้เรียนเงาเกิดเมื่อใด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เมื่อวัตถุกีดขวางทางเดินของแสงและมีพื้นรับเงา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ให้ผู้เรียนจำแนกแก้วใสกับกระดาษแข็งต่อแสง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แก้วใสให้แสงผ่านได้มาก กระดาษแข็งทึบแสง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ให้ผู้เรียนเลื่อนวัตถุเข้าใกล้ไฟฉายขณะฉากคงที่ เงาโดยทั่วไปเปลี่ยนอย่างไร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ใหญ่ขึ้นในชุดจัดวางไฟฉาย วัตถุ ฉากที่เหมาะสม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ให้ผู้เรียนต้องคงอะไรเมื่อเทียบขนาดเงาจากระยะวัตถุ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ไฟฉาย ฉาก และขนาดวัตถุ เปลี่ยนเฉพาะระยะที่กำหนด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ให้ผู้เรียนเหตุใดไม่ส่องไฟเข้าตาเพื่อน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อาจเป็นอันตรายต่อดวงตา ควรใช้ฉากรับแสง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อธิบายการถ่ายทอดแสงและการเกิดเงา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อาจเป็นอันตรายต่อดวงตา ควรใช้ฉากรับแสง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เงาเกิดเมื่อใด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จำแนกแก้วใสกับกระดาษแข็งต่อแสง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เลื่อนวัตถุเข้าใกล้ไฟฉายขณะฉากคงที่ เงาโดยทั่วไปเปลี่ยนอย่างไร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ต้องคงอะไรเมื่อเทียบขนาดเงาจากระยะวัตถุ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เหตุใดไม่ส่องไฟเข้าตาเพื่อน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ต้องคงอะไรเมื่อเทียบขนาดเงาจากระยะวัตถุ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เงาเกิดเมื่อใด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เหตุใดไม่ส่องไฟเข้าตาเพื่อน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จำแนกแก้วใสกับกระดาษแข็งต่อแสง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เลื่อนวัตถุเข้าใกล้ไฟฉายขณะฉากคงที่ เงาโดยทั่วไปเปลี่ยนอย่างไร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เมื่อวัตถุกีดขวางทางเดินของแสงและมีพื้นรับเงา</w:t>
      </w:r>
    </w:p>
    <w:p>
      <w:pPr>
        <w:pStyle w:val="Heading2"/>
      </w:pPr>
      <w:r>
        <w:t>ประเด็นที่ 2</w:t>
      </w:r>
    </w:p>
    <w:p>
      <w:r>
        <w:t>แก้วใสให้แสงผ่านได้มาก กระดาษแข็งทึบแสง</w:t>
      </w:r>
    </w:p>
    <w:p>
      <w:pPr>
        <w:pStyle w:val="Heading2"/>
      </w:pPr>
      <w:r>
        <w:t>ประเด็นที่ 3</w:t>
      </w:r>
    </w:p>
    <w:p>
      <w:r>
        <w:t>ใหญ่ขึ้นในชุดจัดวางไฟฉาย วัตถุ ฉากที่เหมาะสม</w:t>
      </w:r>
    </w:p>
    <w:p>
      <w:pPr>
        <w:pStyle w:val="Heading2"/>
      </w:pPr>
      <w:r>
        <w:t>ประเด็นที่ 4</w:t>
      </w:r>
    </w:p>
    <w:p>
      <w:r>
        <w:t>ไฟฉาย ฉาก และขนาดวัตถุ เปลี่ยนเฉพาะระยะที่กำหนด</w:t>
      </w:r>
    </w:p>
    <w:p>
      <w:pPr>
        <w:pStyle w:val="Heading2"/>
      </w:pPr>
      <w:r>
        <w:t>ประเด็นที่ 5</w:t>
      </w:r>
    </w:p>
    <w:p>
      <w:r>
        <w:t>อาจเป็นอันตรายต่อดวงตา ควรใช้ฉากรับแสง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ธิบายการถ่ายทอดแสงและการเกิดเงาด้วยการสืบเสาะจากสถานการณ์และหลักฐาน</dc:title>
  <dc:subject>วิทยาศาสตร์และเทคโนโลยี ป.4</dc:subject>
  <dc:creator/>
  <cp:keywords/>
  <dc:description>generated by python-docx</dc:description>
  <cp:lastModifiedBy/>
  <cp:revision>1</cp:revision>
  <cp:category/>
</cp:coreProperties>
</file>