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การพัฒนาการเรียนรู้เรื่องการเลือกวัสดุตามสมบัติด้วยการสืบเสาะจากสถานการณ์และหลักฐาน</w:t>
      </w:r>
    </w:p>
    <w:p>
      <w:r>
        <w:t>วิทยาศาสตร์และเทคโนโลยี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รายงานตัวอย่างนี้นำเสนอแนวทางพัฒนาเลือกวัสดุตามสมบัติ ในรายวิชาวิทยาศาสตร์และเทคโนโลยี ชั้นป.2 ด้วยการสืบเสาะจากสถานการณ์และหลักฐาน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7.40 และหลังเท่ากับ 11.95 คะแนน ผลต่างเฉลี่ย 4.55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เลือกวัสดุตามสมบัติ เป็นประเด็นที่ใช้ฝึกให้ผู้เรียนเชื่อมความรู้กับการทำงานในรายวิชาวิทยาศาสตร์และเทคโนโลยี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ผู้เรียนอาจใช้ประสบการณ์เฉพาะครั้งเป็นข้อสรุปทั่วไป หรือสับสนสิ่งที่สังเกตได้กับคำอธิบาย การแยกคำถาม หลักฐาน และข้อสรุปช่วยให้ตรวจวิธีคิดได้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การสืบเสาะจากสถานการณ์และหลักฐาน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สังเกต ระบุหลักฐาน เปรียบเทียบ อธิบาย และบอกข้อจำกัดของข้อสรุป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เปรียบเทียบคะแนนความสามารถเรื่องเลือกวัสดุตามสมบัติ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สิ่งที่จัดให้ผู้เรียนคือการสืบเสาะจากสถานการณ์และหลักฐาน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เนื้อหาเรื่องเลือกวัสดุตามสมบัติ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เลือกวัสดุทำผ้าเช็ดน้ำระหว่างผ้าฝ้ายกับถุงพลาสติก แนวคิดสำคัญคือ ผ้าฝ้ายเพราะดูดซับน้ำได้ดีกว่า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เลือกวัสดุทำเสื้อกันฝนและบอกสมบัติ แนวคิดสำคัญคือ วัสดุที่น้ำซึมผ่านยาก เช่น พลาสติกที่เหมาะกับงาน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ทดสอบการดูดซับให้ยุติธรรมต้องคงอะไร แนวคิดสำคัญคือ ขนาดวัสดุ ปริมาณน้ำ เวลา และวิธีทดสอบ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วัสดุชิ้นหนึ่งดูดน้ำได้มากครั้งเดียวจะสรุปว่าดีที่สุดได้หรือไม่ แนวคิดสำคัญคือ ยังไม่ได้ ควรทดลองซ้ำและเทียบเงื่อนไขเดียวกัน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บันทึกผลแบบใดช่วยเปรียบเทียบ แนวคิดสำคัญคือ ตารางชื่อวัสดุ ปริมาณน้ำหรือผลที่วัด และครั้งทดลอง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สำหรับเรื่องเลือกวัสดุตามสมบัติ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การสืบเสาะจากสถานการณ์และหลักฐาน → ผู้เรียนเห็นเกณฑ์และตัวอย่าง → ฝึกสังเกต ระบุหลักฐาน เปรียบเทียบ อธิบาย และบอกข้อจำกัดของข้อสรุป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7.40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11.95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2.26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2.70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4.55 คะแนนจากคะแนนเต็ม 20 คิดเป็นผลต่างร้อยละคะแนนเต็ม 22.75 จุดร้อยละ มีรหัสที่คะแนนเพิ่ม 18 รหัส เท่าเดิม 1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148 หลัง 239 ผลรวมผลต่าง 91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7.40 เป็น 11.95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สำหรับเรื่องเลือกวัสดุตามสมบัติ ประเด็นที่ควรตรวจคือผู้เรียน สังเกต ระบุหลักฐาน เปรียบเทียบ อธิบาย และบอกข้อจำกัดของข้อสรุป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เลือกวัสดุตามสมบัติ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ให้ผู้เรียนเลือกวัสดุทำผ้าเช็ดน้ำระหว่างผ้าฝ้ายกับถุงพลาสติก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ผ้าฝ้ายเพราะดูดซับน้ำได้ดีกว่า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ให้ผู้เรียนเลือกวัสดุทำเสื้อกันฝนและบอกสมบัติ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วัสดุที่น้ำซึมผ่านยาก เช่น พลาสติกที่เหมาะกับงาน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ให้ผู้เรียนทดสอบการดูดซับให้ยุติธรรมต้องคงอะไร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ขนาดวัสดุ ปริมาณน้ำ เวลา และวิธีทดสอบ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ให้ผู้เรียนวัสดุชิ้นหนึ่งดูดน้ำได้มากครั้งเดียวจะสรุปว่าดีที่สุดได้หรือไม่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ยังไม่ได้ ควรทดลองซ้ำและเทียบเงื่อนไขเดียวกัน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ให้ผู้เรียนบันทึกผลแบบใดช่วยเปรียบเทียบ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ตารางชื่อวัสดุ ปริมาณน้ำหรือผลที่วัด และครั้งทดลอง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เลือกวัสดุตามสมบัติ แล้วอธิบายความเชื่อมโยงและตรวจคำตอบด้วยตนเอง สื่อ บัตรข้อมูล ภาพหรือวัสดุปลอดภัย กระดาษบันทึก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สังเกต ระบุหลักฐาน เปรียบเทียบ อธิบาย และบอกข้อจำกัดของข้อสรุป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ตารางชื่อวัสดุ ปริมาณน้ำหรือผลที่วัด และครั้งทดลอง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เลือกวัสดุทำผ้าเช็ดน้ำระหว่างผ้าฝ้ายกับถุงพลาสติก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เลือกวัสดุทำเสื้อกันฝนและบอกสมบัติ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ทดสอบการดูดซับให้ยุติธรรมต้องคงอะไร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วัสดุชิ้นหนึ่งดูดน้ำได้มากครั้งเดียวจะสรุปว่าดีที่สุดได้หรือไม่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บันทึกผลแบบใดช่วยเปรียบเทียบ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วัสดุชิ้นหนึ่งดูดน้ำได้มากครั้งเดียวจะสรุปว่าดีที่สุดได้หรือไม่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เลือกวัสดุทำผ้าเช็ดน้ำระหว่างผ้าฝ้ายกับถุงพลาสติก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บันทึกผลแบบใดช่วยเปรียบเทียบ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เลือกวัสดุทำเสื้อกันฝนและบอกสมบัติ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ทดสอบการดูดซับให้ยุติธรรมต้องคงอะไร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ผ้าฝ้ายเพราะดูดซับน้ำได้ดีกว่า</w:t>
      </w:r>
    </w:p>
    <w:p>
      <w:pPr>
        <w:pStyle w:val="Heading2"/>
      </w:pPr>
      <w:r>
        <w:t>ประเด็นที่ 2</w:t>
      </w:r>
    </w:p>
    <w:p>
      <w:r>
        <w:t>วัสดุที่น้ำซึมผ่านยาก เช่น พลาสติกที่เหมาะกับงาน</w:t>
      </w:r>
    </w:p>
    <w:p>
      <w:pPr>
        <w:pStyle w:val="Heading2"/>
      </w:pPr>
      <w:r>
        <w:t>ประเด็นที่ 3</w:t>
      </w:r>
    </w:p>
    <w:p>
      <w:r>
        <w:t>ขนาดวัสดุ ปริมาณน้ำ เวลา และวิธีทดสอบ</w:t>
      </w:r>
    </w:p>
    <w:p>
      <w:pPr>
        <w:pStyle w:val="Heading2"/>
      </w:pPr>
      <w:r>
        <w:t>ประเด็นที่ 4</w:t>
      </w:r>
    </w:p>
    <w:p>
      <w:r>
        <w:t>ยังไม่ได้ ควรทดลองซ้ำและเทียบเงื่อนไขเดียวกัน</w:t>
      </w:r>
    </w:p>
    <w:p>
      <w:pPr>
        <w:pStyle w:val="Heading2"/>
      </w:pPr>
      <w:r>
        <w:t>ประเด็นที่ 5</w:t>
      </w:r>
    </w:p>
    <w:p>
      <w:r>
        <w:t>ตารางชื่อวัสดุ ปริมาณน้ำหรือผลที่วัด และครั้งทดลอง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การพัฒนาการเรียนรู้เรื่องการเลือกวัสดุตามสมบัติด้วยการสืบเสาะจากสถานการณ์และหลักฐาน</dc:title>
  <dc:subject>วิทยาศาสตร์และเทคโนโลยี ป.2</dc:subject>
  <dc:creator/>
  <cp:keywords/>
  <dc:description>generated by python-docx</dc:description>
  <cp:lastModifiedBy/>
  <cp:revision>1</cp:revision>
  <cp:category/>
</cp:coreProperties>
</file>