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จำแนกสิ่งมีชีวิตจากลักษณะที่สังเกตด้วยการสืบเสาะจากสถานการณ์และหลักฐาน</w:t>
      </w:r>
    </w:p>
    <w:p>
      <w:r>
        <w:t>วิทยาศาสตร์และเทคโนโลยี  ชั้นป.1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รายงานตัวอย่างนี้นำเสนอแนวทางพัฒนาจำแนกสิ่งมีชีวิตจากลักษณะที่สังเกต ในรายวิชาวิทยาศาสตร์และเทคโนโลยี ชั้นป.1 ด้วยการสืบเสาะจากสถานการณ์และหลักฐาน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7.80 และหลังเท่ากับ 11.50 คะแนน ผลต่างเฉลี่ย 3.70 คะแนน จำนวนผู้ถึงเกณฑ์เปลี่ยนจาก 0 เป็น 3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จำแนกสิ่งมีชีวิตจากลักษณะที่สังเกต เป็นประเด็นที่ใช้ฝึกให้ผู้เรียนเชื่อมความรู้กับการทำงานในรายวิชาวิทยาศาสตร์และเทคโนโลยี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ในระดับป.1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ผู้เรียนอาจใช้ประสบการณ์เฉพาะครั้งเป็นข้อสรุปทั่วไป หรือสับสนสิ่งที่สังเกตได้กับคำอธิบาย การแยกคำถาม หลักฐาน และข้อสรุปช่วยให้ตรวจวิธีคิดได้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การสืบเสาะจากสถานการณ์และหลักฐาน ทำให้ครูแสดงตัวอย่างวิธีคิด ให้ผู้เรียนฝึกโดยมีข้อมูลย้อนกลับ แล้วลดการช่วยเหลือจนทำเองได้ สังเกต ระบุหลักฐาน เปรียบเทียบ อธิบาย และบอกข้อจำกัดของข้อสรุป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เปรียบเทียบคะแนนความสามารถเรื่องจำแนกสิ่งมีชีวิตจากลักษณะที่สังเกต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สิ่งที่จัดให้ผู้เรียนคือการสืบเสาะจากสถานการณ์และหลักฐาน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เนื้อหาเรื่องจำแนกสิ่งมีชีวิตจากลักษณะที่สังเกต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ต้นถั่วกับก้อนหินต่างกันในเรื่องการเจริญเติบโตอย่างไร แนวคิดสำคัญคือ ต้นถั่วเติบโตตามกระบวนการของสิ่งมีชีวิต ก้อนหินไม่เติบโตแบบนั้น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รถของเล่นเคลื่อนที่ได้จึงเป็นสิ่งมีชีวิตหรือไม่ แนวคิดสำคัญคือ ไม่ใช่ การเคลื่อนที่อย่างเดียวไม่พอ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ยกความต้องการพื้นฐานของต้นไม้ แนวคิดสำคัญคือ น้ำ แสง และสภาพแวดล้อมเหมาะสม โดยพืชสร้างอาหารเมื่อมีแสง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บอกสิ่งที่จะสังเกตเมื่อต้องดูการเติบโตของต้นถั่ว แนวคิดสำคัญคือ เช่น ความสูงและจำนวนใบหลายวันด้วยวิธีเดิม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ปลาอยู่ในน้ำ ควรดูแลแหล่งน้ำอย่างไร แนวคิดสำคัญคือ ไม่ทิ้งขยะหรือสารอันตรายลงน้ำ เพื่อรักษาที่อยู่อาศัย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สำหรับเรื่องจำแนกสิ่งมีชีวิตจากลักษณะที่สังเกต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การสืบเสาะจากสถานการณ์และหลักฐาน → ผู้เรียนเห็นเกณฑ์และตัวอย่าง → ฝึกสังเกต ระบุหลักฐาน เปรียบเทียบ อธิบาย และบอกข้อจำกัดของข้อสรุป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7.80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11.50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2.14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2.78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3.70 คะแนนจากคะแนนเต็ม 20 คิดเป็นผลต่างร้อยละคะแนนเต็ม 18.50 จุดร้อยละ มีรหัสที่คะแนนเพิ่ม 19 รหัส เท่าเดิม 0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156 หลัง 230 ผลรวมผลต่าง 74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7.80 เป็น 11.50 คะแนน มีรหัสถึงเกณฑ์หลัง 3 จาก 20 รหัส และยังไม่ถึง 17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สำหรับเรื่องจำแนกสิ่งมีชีวิตจากลักษณะที่สังเกต ประเด็นที่ควรตรวจคือผู้เรียน สังเกต ระบุหลักฐาน เปรียบเทียบ อธิบาย และบอกข้อจำกัดของข้อสรุป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จำแนกสิ่งมีชีวิตจากลักษณะที่สังเกต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ให้ผู้เรียนต้นถั่วกับก้อนหินต่างกันในเรื่องการเจริญเติบโตอย่างไร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ต้นถั่วเติบโตตามกระบวนการของสิ่งมีชีวิต ก้อนหินไม่เติบโตแบบนั้น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ให้ผู้เรียนรถของเล่นเคลื่อนที่ได้จึงเป็นสิ่งมีชีวิตหรือไม่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ไม่ใช่ การเคลื่อนที่อย่างเดียวไม่พอ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ให้ผู้เรียนยกความต้องการพื้นฐานของต้นไม้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น้ำ แสง และสภาพแวดล้อมเหมาะสม โดยพืชสร้างอาหารเมื่อมีแสง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ให้ผู้เรียนบอกสิ่งที่จะสังเกตเมื่อต้องดูการเติบโตของต้นถั่ว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เช่น ความสูงและจำนวนใบหลายวันด้วยวิธีเดิม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ให้ผู้เรียนปลาอยู่ในน้ำ ควรดูแลแหล่งน้ำอย่างไร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ไม่ทิ้งขยะหรือสารอันตรายลงน้ำ เพื่อรักษาที่อยู่อาศัย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จำแนกสิ่งมีชีวิตจากลักษณะที่สังเกต แล้วอธิบายความเชื่อมโยงและตรวจคำตอบด้วยตนเอง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ไม่ทิ้งขยะหรือสารอันตรายลงน้ำ เพื่อรักษาที่อยู่อาศัย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ต้นถั่วกับก้อนหินต่างกันในเรื่องการเจริญเติบโตอย่างไร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รถของเล่นเคลื่อนที่ได้จึงเป็นสิ่งมีชีวิตหรือไม่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ยกความต้องการพื้นฐานของต้นไม้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บอกสิ่งที่จะสังเกตเมื่อต้องดูการเติบโตของต้นถั่ว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ปลาอยู่ในน้ำ ควรดูแลแหล่งน้ำอย่างไร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บอกสิ่งที่จะสังเกตเมื่อต้องดูการเติบโตของต้นถั่ว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ต้นถั่วกับก้อนหินต่างกันในเรื่องการเจริญเติบโตอย่างไร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ปลาอยู่ในน้ำ ควรดูแลแหล่งน้ำอย่างไร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รถของเล่นเคลื่อนที่ได้จึงเป็นสิ่งมีชีวิตหรือไม่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ยกความต้องการพื้นฐานของต้นไม้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ต้นถั่วเติบโตตามกระบวนการของสิ่งมีชีวิต ก้อนหินไม่เติบโตแบบนั้น</w:t>
      </w:r>
    </w:p>
    <w:p>
      <w:pPr>
        <w:pStyle w:val="Heading2"/>
      </w:pPr>
      <w:r>
        <w:t>ประเด็นที่ 2</w:t>
      </w:r>
    </w:p>
    <w:p>
      <w:r>
        <w:t>ไม่ใช่ การเคลื่อนที่อย่างเดียวไม่พอ</w:t>
      </w:r>
    </w:p>
    <w:p>
      <w:pPr>
        <w:pStyle w:val="Heading2"/>
      </w:pPr>
      <w:r>
        <w:t>ประเด็นที่ 3</w:t>
      </w:r>
    </w:p>
    <w:p>
      <w:r>
        <w:t>น้ำ แสง และสภาพแวดล้อมเหมาะสม โดยพืชสร้างอาหารเมื่อมีแสง</w:t>
      </w:r>
    </w:p>
    <w:p>
      <w:pPr>
        <w:pStyle w:val="Heading2"/>
      </w:pPr>
      <w:r>
        <w:t>ประเด็นที่ 4</w:t>
      </w:r>
    </w:p>
    <w:p>
      <w:r>
        <w:t>เช่น ความสูงและจำนวนใบหลายวันด้วยวิธีเดิม</w:t>
      </w:r>
    </w:p>
    <w:p>
      <w:pPr>
        <w:pStyle w:val="Heading2"/>
      </w:pPr>
      <w:r>
        <w:t>ประเด็นที่ 5</w:t>
      </w:r>
    </w:p>
    <w:p>
      <w:r>
        <w:t>ไม่ทิ้งขยะหรือสารอันตรายลงน้ำ เพื่อรักษาที่อยู่อาศัย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จำแนกสิ่งมีชีวิตจากลักษณะที่สังเกตด้วยการสืบเสาะจากสถานการณ์และหลักฐาน</dc:title>
  <dc:subject>วิทยาศาสตร์และเทคโนโลยี ป.1</dc:subject>
  <dc:creator/>
  <cp:keywords/>
  <dc:description>generated by python-docx</dc:description>
  <cp:lastModifiedBy/>
  <cp:revision>1</cp:revision>
  <cp:category/>
</cp:coreProperties>
</file>