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อ่านแผนภาพสายใยอาหารและผลกระทบด้วยการสืบเสาะจากสถานการณ์และหลักฐาน</w:t>
      </w:r>
    </w:p>
    <w:p>
      <w:r>
        <w:t>วิทยาศาสตร์และเทคโนโลยี  ชั้นม.3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รายงานตัวอย่างนี้นำเสนอแนวทางพัฒนาอ่านแผนภาพสายใยอาหารและผลกระทบ ในรายวิชาวิทยาศาสตร์และเทคโนโลยี ชั้นม.3 ด้วยการสืบเสาะจากสถานการณ์และหลักฐาน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6.95 และหลังเท่ากับ 10.85 คะแนน ผลต่างเฉลี่ย 3.90 คะแนน จำนวนผู้ถึงเกณฑ์เปลี่ยนจาก 0 เป็น 5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อ่านแผนภาพสายใยอาหารและผลกระทบ เป็นประเด็นที่ใช้ฝึกให้ผู้เรียนเชื่อมความรู้กับการทำงานในรายวิชาวิทยาศาสตร์และเทคโนโลยี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ในระดับม.3 ครูควรเลือกภาษา ปริมาณงาน และความช่วยเหลือให้สอดคล้องกับความพร้อมจริง</w:t>
      </w:r>
    </w:p>
    <w:p>
      <w:r>
        <w:t>ผู้เรียนอาจใช้ประสบการณ์เฉพาะครั้งเป็นข้อสรุปทั่วไป หรือสับสนสิ่งที่สังเกตได้กับคำอธิบาย การแยกคำถาม หลักฐาน และข้อสรุปช่วยให้ตรวจวิธีคิดได้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การสืบเสาะจากสถานการณ์และหลักฐาน ทำให้ครูแสดงตัวอย่างวิธีคิด ให้ผู้เรียนฝึกโดยมีข้อมูลย้อนกลับ แล้วลดการช่วยเหลือจนทำเองได้ สังเกต ระบุหลักฐาน เปรียบเทียบ อธิบาย และบอกข้อจำกัดของข้อสรุป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เปรียบเทียบคะแนนความสามารถเรื่องอ่านแผนภาพสายใยอาหารและผลกระทบ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สิ่งที่จัดให้ผู้เรียนคือการสืบเสาะจากสถานการณ์และหลักฐาน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เนื้อหาเรื่องอ่านแผนภาพสายใยอาหารและผลกระทบ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ใน หญ้าไปตั๊กแตนไปกบ ลูกศรสื่ออะไร แนวคิดสำคัญคือ ทิศทางการถ่ายทอดพลังงานจากสิ่งที่ถูกกินไปผู้กิน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ถ้ากบลดลง ตั๊กแตนอาจเปลี่ยนอย่างไร แนวคิดสำคัญคือ อาจเพิ่มจากการถูกกินลดลง แต่ขึ้นกับปัจจัยอื่นด้วย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เหตุใดสายใยอาหารซับซ้อนกว่าโซ่อาหาร แนวคิดสำคัญคือ สิ่งมีชีวิตหนึ่งชนิดมีความสัมพันธ์ด้านอาหารได้หลายทาง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ผู้ย่อยสลายมีบทบาทอย่างไร แนวคิดสำคัญคือ ช่วยย่อยซากและหมุนเวียนสารอาหารในระบบนิเวศ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จะสรุปผลกระทบจากการหายไปหนึ่งชนิดควรตรวจอะไร แนวคิดสำคัญคือ ความสัมพันธ์อาหารหลายทาง ประชากร และปัจจัยแวดล้อม ไม่คาดจากเส้นเดียว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สำหรับเรื่องอ่านแผนภาพสายใยอาหารและผลกระทบ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การสืบเสาะจากสถานการณ์และหลักฐาน → ผู้เรียนเห็นเกณฑ์และตัวอย่าง → ฝึกสังเกต ระบุหลักฐาน เปรียบเทียบ อธิบาย และบอกข้อจำกัดของข้อสรุป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6.95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10.85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1.88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3.65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 ถึง 11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 ถึง 17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3.90 คะแนนจากคะแนนเต็ม 20 คิดเป็นผลต่างร้อยละคะแนนเต็ม 19.50 จุดร้อยละ มีรหัสที่คะแนนเพิ่ม 18 รหัส เท่าเดิม 0 รหัส และลดลง 2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139 หลัง 217 ผลรวมผลต่าง 78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6.95 เป็น 10.85 คะแนน มีรหัสถึงเกณฑ์หลัง 5 จาก 20 รหัส และยังไม่ถึง 15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สำหรับเรื่องอ่านแผนภาพสายใยอาหารและผลกระทบ ประเด็นที่ควรตรวจคือผู้เรียน สังเกต ระบุหลักฐาน เปรียบเทียบ อธิบาย และบอกข้อจำกัดของข้อสรุป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อ่านแผนภาพสายใยอาหารและผลกระทบ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ให้ผู้เรียนใน หญ้าไปตั๊กแตนไปกบ ลูกศรสื่ออะไร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ทิศทางการถ่ายทอดพลังงานจากสิ่งที่ถูกกินไปผู้กิน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ให้ผู้เรียนถ้ากบลดลง ตั๊กแตนอาจเปลี่ยนอย่างไร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อาจเพิ่มจากการถูกกินลดลง แต่ขึ้นกับปัจจัยอื่นด้วย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ให้ผู้เรียนเหตุใดสายใยอาหารซับซ้อนกว่าโซ่อาหาร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สิ่งมีชีวิตหนึ่งชนิดมีความสัมพันธ์ด้านอาหารได้หลายทาง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ให้ผู้เรียนผู้ย่อยสลายมีบทบาทอย่างไร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ช่วยย่อยซากและหมุนเวียนสารอาหารในระบบนิเวศ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ให้ผู้เรียนจะสรุปผลกระทบจากการหายไปหนึ่งชนิดควรตรวจอะไร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ความสัมพันธ์อาหารหลายทาง ประชากร และปัจจัยแวดล้อม ไม่คาดจากเส้นเดียว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อ่านแผนภาพสายใยอาหารและผลกระทบ แล้วอธิบายความเชื่อมโยงและตรวจคำตอบด้วยตนเอง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ความสัมพันธ์อาหารหลายทาง ประชากร และปัจจัยแวดล้อม ไม่คาดจากเส้นเดียว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ใน หญ้าไปตั๊กแตนไปกบ ลูกศรสื่ออะไร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ถ้ากบลดลง ตั๊กแตนอาจเปลี่ยนอย่างไร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เหตุใดสายใยอาหารซับซ้อนกว่าโซ่อาหาร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ผู้ย่อยสลายมีบทบาทอย่างไร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จะสรุปผลกระทบจากการหายไปหนึ่งชนิดควรตรวจอะไร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ผู้ย่อยสลายมีบทบาทอย่างไร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ใน หญ้าไปตั๊กแตนไปกบ ลูกศรสื่ออะไร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จะสรุปผลกระทบจากการหายไปหนึ่งชนิดควรตรวจอะไร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ถ้ากบลดลง ตั๊กแตนอาจเปลี่ยนอย่างไร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เหตุใดสายใยอาหารซับซ้อนกว่าโซ่อาหาร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ทิศทางการถ่ายทอดพลังงานจากสิ่งที่ถูกกินไปผู้กิน</w:t>
      </w:r>
    </w:p>
    <w:p>
      <w:pPr>
        <w:pStyle w:val="Heading2"/>
      </w:pPr>
      <w:r>
        <w:t>ประเด็นที่ 2</w:t>
      </w:r>
    </w:p>
    <w:p>
      <w:r>
        <w:t>อาจเพิ่มจากการถูกกินลดลง แต่ขึ้นกับปัจจัยอื่นด้วย</w:t>
      </w:r>
    </w:p>
    <w:p>
      <w:pPr>
        <w:pStyle w:val="Heading2"/>
      </w:pPr>
      <w:r>
        <w:t>ประเด็นที่ 3</w:t>
      </w:r>
    </w:p>
    <w:p>
      <w:r>
        <w:t>สิ่งมีชีวิตหนึ่งชนิดมีความสัมพันธ์ด้านอาหารได้หลายทาง</w:t>
      </w:r>
    </w:p>
    <w:p>
      <w:pPr>
        <w:pStyle w:val="Heading2"/>
      </w:pPr>
      <w:r>
        <w:t>ประเด็นที่ 4</w:t>
      </w:r>
    </w:p>
    <w:p>
      <w:r>
        <w:t>ช่วยย่อยซากและหมุนเวียนสารอาหารในระบบนิเวศ</w:t>
      </w:r>
    </w:p>
    <w:p>
      <w:pPr>
        <w:pStyle w:val="Heading2"/>
      </w:pPr>
      <w:r>
        <w:t>ประเด็นที่ 5</w:t>
      </w:r>
    </w:p>
    <w:p>
      <w:r>
        <w:t>ความสัมพันธ์อาหารหลายทาง ประชากร และปัจจัยแวดล้อม ไม่คาดจากเส้นเดียว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อ่านแผนภาพสายใยอาหารและผลกระทบด้วยการสืบเสาะจากสถานการณ์และหลักฐาน</dc:title>
  <dc:subject>วิทยาศาสตร์และเทคโนโลยี ม.3</dc:subject>
  <dc:creator/>
  <cp:keywords/>
  <dc:description>generated by python-docx</dc:description>
  <cp:lastModifiedBy/>
  <cp:revision>1</cp:revision>
  <cp:category/>
</cp:coreProperties>
</file>