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คำนวณอัตราเร็วและอ่านข้อมูลการเคลื่อนที่ด้วยการสืบเสาะจากสถานการณ์และหลักฐาน</w:t>
      </w:r>
    </w:p>
    <w:p>
      <w:r>
        <w:t>วิทยาศาสตร์และเทคโนโลยี  ชั้นม.2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รายงานตัวอย่างนี้นำเสนอแนวทางพัฒนาคำนวณอัตราเร็วและอ่านข้อมูลการเคลื่อนที่ ในรายวิชาวิทยาศาสตร์และเทคโนโลยี ชั้นม.2 ด้วยการสืบเสาะจากสถานการณ์และหลักฐาน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8.20 และหลังเท่ากับ 11.75 คะแนน ผลต่างเฉลี่ย 3.55 คะแนน จำนวนผู้ถึงเกณฑ์เปลี่ยนจาก 0 เป็น 4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คำนวณอัตราเร็วและอ่านข้อมูลการเคลื่อนที่ เป็นประเด็นที่ใช้ฝึกให้ผู้เรียนเชื่อมความรู้กับการทำงานในรายวิชาวิทยาศาสตร์และเทคโนโลยี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ในระดับม.2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ผู้เรียนอาจใช้ประสบการณ์เฉพาะครั้งเป็นข้อสรุปทั่วไป หรือสับสนสิ่งที่สังเกตได้กับคำอธิบาย การแยกคำถาม หลักฐาน และข้อสรุปช่วยให้ตรวจวิธีคิดได้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การสืบเสาะจากสถานการณ์และหลักฐาน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สังเกต ระบุหลักฐาน เปรียบเทียบ อธิบาย และบอกข้อจำกัดของข้อสรุป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เปรียบเทียบคะแนนความสามารถเรื่องคำนวณอัตราเร็วและอ่านข้อมูลการเคลื่อนที่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สิ่งที่จัดให้ผู้เรียนคือการสืบเสาะจากสถานการณ์และหลักฐาน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เนื้อหาเรื่องคำนวณอัตราเร็วและอ่านข้อมูลการเคลื่อนที่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เดิน 60 เมตรใช้เวลา 20 วินาที อัตราเร็วเฉลี่ยเท่าไร แนวคิดสำคัญคือ 3 เมตรต่อวินาที เพราะระยะทางหารเวลา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วัตถุเดินทาง 100 เมตรใน 25 วินาที อัตราเร็วเท่าไร แนวคิดสำคัญคือ 4 เมตรต่อวินาที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อัตราเร็วกับระยะทางต่างกันอย่างไร แนวคิดสำคัญคือ ระยะทางบอกความยาวเส้นทาง อัตราเร็วบอกระยะทางต่อเวลา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ข้อมูลจับเวลาเพียงครั้งเดียวคลาดเคลื่อนอย่างไร แนวคิดสำคัญคือ มีความผิดจากการเริ่มหยุดจับเวลา ควรทำซ้ำและระบุความละเอียด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หากระยะทางเท่ากันแต่ใช้เวลาน้อยกว่าแปลว่าอะไร แนวคิดสำคัญคือ อัตราเร็วเฉลี่ยมากกว่า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สำหรับเรื่องคำนวณอัตราเร็วและอ่านข้อมูลการเคลื่อนที่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การสืบเสาะจากสถานการณ์และหลักฐาน → ผู้เรียนเห็นเกณฑ์และตัวอย่าง → ฝึกสังเกต ระบุหลักฐาน เปรียบเทียบ อธิบาย และบอกข้อจำกัดของข้อสรุป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8.20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11.75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1.96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2.43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3.55 คะแนนจากคะแนนเต็ม 20 คิดเป็นผลต่างร้อยละคะแนนเต็ม 17.75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164 หลัง 235 ผลรวมผลต่าง 71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8.20 เป็น 11.75 คะแนน มีรหัสถึงเกณฑ์หลัง 4 จาก 20 รหัส และยังไม่ถึง 16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สำหรับเรื่องคำนวณอัตราเร็วและอ่านข้อมูลการเคลื่อนที่ ประเด็นที่ควรตรวจคือผู้เรียน สังเกต ระบุหลักฐาน เปรียบเทียบ อธิบาย และบอกข้อจำกัดของข้อสรุป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คำนวณอัตราเร็วและอ่านข้อมูลการเคลื่อนที่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ให้ผู้เรียนเดิน 60 เมตรใช้เวลา 20 วินาที อัตราเร็วเฉลี่ยเท่าไร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3 เมตรต่อวินาที เพราะระยะทางหารเวลา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ให้ผู้เรียนวัตถุเดินทาง 100 เมตรใน 25 วินาที อัตราเร็วเท่าไร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4 เมตรต่อวินาที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ให้ผู้เรียนอัตราเร็วกับระยะทางต่างกันอย่างไร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ระยะทางบอกความยาวเส้นทาง อัตราเร็วบอกระยะทางต่อเวลา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ให้ผู้เรียนข้อมูลจับเวลาเพียงครั้งเดียวคลาดเคลื่อนอย่างไร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มีความผิดจากการเริ่มหยุดจับเวลา ควรทำซ้ำและระบุความละเอียด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ให้ผู้เรียนหากระยะทางเท่ากันแต่ใช้เวลาน้อยกว่าแปลว่าอะไร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อัตราเร็วเฉลี่ยมากกว่า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คำนวณอัตราเร็วและอ่านข้อมูลการเคลื่อนที่ แล้วอธิบายความเชื่อมโยงและตรวจคำตอบด้วยตนเอง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อัตราเร็วเฉลี่ยมากกว่า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เดิน 60 เมตรใช้เวลา 20 วินาที อัตราเร็วเฉลี่ยเท่าไร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วัตถุเดินทาง 100 เมตรใน 25 วินาที อัตราเร็วเท่าไร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อัตราเร็วกับระยะทางต่างกันอย่างไร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ข้อมูลจับเวลาเพียงครั้งเดียวคลาดเคลื่อนอย่างไร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หากระยะทางเท่ากันแต่ใช้เวลาน้อยกว่าแปลว่าอะไร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ข้อมูลจับเวลาเพียงครั้งเดียวคลาดเคลื่อนอย่างไร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เดิน 60 เมตรใช้เวลา 20 วินาที อัตราเร็วเฉลี่ยเท่าไร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หากระยะทางเท่ากันแต่ใช้เวลาน้อยกว่าแปลว่าอะไร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วัตถุเดินทาง 100 เมตรใน 25 วินาที อัตราเร็วเท่าไร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อัตราเร็วกับระยะทางต่างกันอย่างไร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3 เมตรต่อวินาที เพราะระยะทางหารเวลา</w:t>
      </w:r>
    </w:p>
    <w:p>
      <w:pPr>
        <w:pStyle w:val="Heading2"/>
      </w:pPr>
      <w:r>
        <w:t>ประเด็นที่ 2</w:t>
      </w:r>
    </w:p>
    <w:p>
      <w:r>
        <w:t>4 เมตรต่อวินาที</w:t>
      </w:r>
    </w:p>
    <w:p>
      <w:pPr>
        <w:pStyle w:val="Heading2"/>
      </w:pPr>
      <w:r>
        <w:t>ประเด็นที่ 3</w:t>
      </w:r>
    </w:p>
    <w:p>
      <w:r>
        <w:t>ระยะทางบอกความยาวเส้นทาง อัตราเร็วบอกระยะทางต่อเวลา</w:t>
      </w:r>
    </w:p>
    <w:p>
      <w:pPr>
        <w:pStyle w:val="Heading2"/>
      </w:pPr>
      <w:r>
        <w:t>ประเด็นที่ 4</w:t>
      </w:r>
    </w:p>
    <w:p>
      <w:r>
        <w:t>มีความผิดจากการเริ่มหยุดจับเวลา ควรทำซ้ำและระบุความละเอียด</w:t>
      </w:r>
    </w:p>
    <w:p>
      <w:pPr>
        <w:pStyle w:val="Heading2"/>
      </w:pPr>
      <w:r>
        <w:t>ประเด็นที่ 5</w:t>
      </w:r>
    </w:p>
    <w:p>
      <w:r>
        <w:t>อัตราเร็วเฉลี่ยมากกว่า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คำนวณอัตราเร็วและอ่านข้อมูลการเคลื่อนที่ด้วยการสืบเสาะจากสถานการณ์และหลักฐาน</dc:title>
  <dc:subject>วิทยาศาสตร์และเทคโนโลยี ม.2</dc:subject>
  <dc:creator/>
  <cp:keywords/>
  <dc:description>generated by python-docx</dc:description>
  <cp:lastModifiedBy/>
  <cp:revision>1</cp:revision>
  <cp:category/>
</cp:coreProperties>
</file>