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แยกตัวแปรและสร้างข้อสรุปจากข้อมูลด้วยการสืบเสาะจากสถานการณ์และหลักฐาน</w:t>
      </w:r>
    </w:p>
    <w:p>
      <w:r>
        <w:t>วิทยาศาสตร์และเทคโนโลยี  ชั้นม.1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รายงานตัวอย่างนี้นำเสนอแนวทางพัฒนาแยกตัวแปรและสร้างข้อสรุปจากข้อมูล ในรายวิชาวิทยาศาสตร์และเทคโนโลยี ชั้นม.1 ด้วยการสืบเสาะจากสถานการณ์และหลักฐาน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6.80 และหลังเท่ากับ 10.75 คะแนน ผลต่างเฉลี่ย 3.95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แยกตัวแปรและสร้างข้อสรุปจากข้อมูล เป็นประเด็นที่ใช้ฝึกให้ผู้เรียนเชื่อมความรู้กับการทำงานในรายวิชาวิทยาศาสตร์และเทคโนโลยี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ในระดับม.1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ผู้เรียนอาจใช้ประสบการณ์เฉพาะครั้งเป็นข้อสรุปทั่วไป หรือสับสนสิ่งที่สังเกตได้กับคำอธิบาย การแยกคำถาม หลักฐาน และข้อสรุปช่วยให้ตรวจวิธีคิดได้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การสืบเสาะจากสถานการณ์และหลักฐาน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สังเกต ระบุหลักฐาน เปรียบเทียบ อธิบาย และบอกข้อจำกัดของข้อสรุป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เปรียบเทียบคะแนนความสามารถเรื่องแยกตัวแปรและสร้างข้อสรุปจากข้อมูล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สิ่งที่จัดให้ผู้เรียนคือการสืบเสาะจากสถานการณ์และหลักฐาน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เนื้อหาเรื่องแยกตัวแปรและสร้างข้อสรุปจากข้อมูล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ทดลองแสงต่อการเติบโตของพืช ตัวแปรต้นคืออะไร แนวคิดสำคัญคือ ปริมาณหรือระยะเวลารับแสงที่กำหนด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ควรคงสิ่งใดเมื่อทดสอบแสง แนวคิดสำคัญคือ ชนิด อายุเริ่มต้น ดิน น้ำ ภาชนะ และระยะเวลาให้ใกล้เคียงกัน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วัดความสูงต่างเวลาแต่ละวันมีข้อจำกัดอะไร แนวคิดสำคัญคือ เวลาอาจเป็นตัวแปรแทรก ควรวัดเวลาเดียวกัน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ต้นหนึ่งสูงกว่าอีกต้นจึงสรุปทั่วไปได้หรือไม่ แนวคิดสำคัญคือ ยังไม่ได้ ควรมีหลายต้นต่อเงื่อนไขและทดลองซ้ำ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เขียนข้อสรุปที่ไม่เกินหลักฐาน แนวคิดสำคัญคือ ระบุเฉพาะกลุ่ม เงื่อนไข ช่วงเวลา และผลที่สังเกตได้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สำหรับเรื่องแยกตัวแปรและสร้างข้อสรุปจากข้อมูล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การสืบเสาะจากสถานการณ์และหลักฐาน → ผู้เรียนเห็นเกณฑ์และตัวอย่าง → ฝึกสังเกต ระบุหลักฐาน เปรียบเทียบ อธิบาย และบอกข้อจำกัดของข้อสรุป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6.80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10.75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1.99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3.13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3.95 คะแนนจากคะแนนเต็ม 20 คิดเป็นผลต่างร้อยละคะแนนเต็ม 19.75 จุดร้อยละ มีรหัสที่คะแนนเพิ่ม 18 รหัส เท่าเดิม 0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136 หลัง 215 ผลรวมผลต่าง 79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6.80 เป็น 10.75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สำหรับเรื่องแยกตัวแปรและสร้างข้อสรุปจากข้อมูล ประเด็นที่ควรตรวจคือผู้เรียน สังเกต ระบุหลักฐาน เปรียบเทียบ อธิบาย และบอกข้อจำกัดของข้อสรุป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แยกตัวแปรและสร้างข้อสรุปจากข้อมูล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ให้ผู้เรียนทดลองแสงต่อการเติบโตของพืช ตัวแปรต้นคืออะไร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ปริมาณหรือระยะเวลารับแสงที่กำหนด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ให้ผู้เรียนควรคงสิ่งใดเมื่อทดสอบแสง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ชนิด อายุเริ่มต้น ดิน น้ำ ภาชนะ และระยะเวลาให้ใกล้เคียงกัน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ให้ผู้เรียนวัดความสูงต่างเวลาแต่ละวันมีข้อจำกัดอะไร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เวลาอาจเป็นตัวแปรแทรก ควรวัดเวลาเดียวกัน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ให้ผู้เรียนต้นหนึ่งสูงกว่าอีกต้นจึงสรุปทั่วไปได้หรือไม่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ยังไม่ได้ ควรมีหลายต้นต่อเงื่อนไขและทดลองซ้ำ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ให้ผู้เรียนเขียนข้อสรุปที่ไม่เกินหลักฐาน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ระบุเฉพาะกลุ่ม เงื่อนไข ช่วงเวลา และผลที่สังเกตได้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แยกตัวแปรและสร้างข้อสรุปจากข้อมูล แล้วอธิบายความเชื่อมโยงและตรวจคำตอบด้วยตนเอง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ระบุเฉพาะกลุ่ม เงื่อนไข ช่วงเวลา และผลที่สังเกตได้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ทดลองแสงต่อการเติบโตของพืช ตัวแปรต้นคืออะไร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ควรคงสิ่งใดเมื่อทดสอบแสง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วัดความสูงต่างเวลาแต่ละวันมีข้อจำกัดอะไร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ต้นหนึ่งสูงกว่าอีกต้นจึงสรุปทั่วไปได้หรือไม่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เขียนข้อสรุปที่ไม่เกินหลักฐาน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ต้นหนึ่งสูงกว่าอีกต้นจึงสรุปทั่วไปได้หรือไม่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ทดลองแสงต่อการเติบโตของพืช ตัวแปรต้นคืออะไร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เขียนข้อสรุปที่ไม่เกินหลักฐาน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ควรคงสิ่งใดเมื่อทดสอบแสง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วัดความสูงต่างเวลาแต่ละวันมีข้อจำกัดอะไร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ปริมาณหรือระยะเวลารับแสงที่กำหนด</w:t>
      </w:r>
    </w:p>
    <w:p>
      <w:pPr>
        <w:pStyle w:val="Heading2"/>
      </w:pPr>
      <w:r>
        <w:t>ประเด็นที่ 2</w:t>
      </w:r>
    </w:p>
    <w:p>
      <w:r>
        <w:t>ชนิด อายุเริ่มต้น ดิน น้ำ ภาชนะ และระยะเวลาให้ใกล้เคียงกัน</w:t>
      </w:r>
    </w:p>
    <w:p>
      <w:pPr>
        <w:pStyle w:val="Heading2"/>
      </w:pPr>
      <w:r>
        <w:t>ประเด็นที่ 3</w:t>
      </w:r>
    </w:p>
    <w:p>
      <w:r>
        <w:t>เวลาอาจเป็นตัวแปรแทรก ควรวัดเวลาเดียวกัน</w:t>
      </w:r>
    </w:p>
    <w:p>
      <w:pPr>
        <w:pStyle w:val="Heading2"/>
      </w:pPr>
      <w:r>
        <w:t>ประเด็นที่ 4</w:t>
      </w:r>
    </w:p>
    <w:p>
      <w:r>
        <w:t>ยังไม่ได้ ควรมีหลายต้นต่อเงื่อนไขและทดลองซ้ำ</w:t>
      </w:r>
    </w:p>
    <w:p>
      <w:pPr>
        <w:pStyle w:val="Heading2"/>
      </w:pPr>
      <w:r>
        <w:t>ประเด็นที่ 5</w:t>
      </w:r>
    </w:p>
    <w:p>
      <w:r>
        <w:t>ระบุเฉพาะกลุ่ม เงื่อนไข ช่วงเวลา และผลที่สังเกตได้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แยกตัวแปรและสร้างข้อสรุปจากข้อมูลด้วยการสืบเสาะจากสถานการณ์และหลักฐาน</dc:title>
  <dc:subject>วิทยาศาสตร์และเทคโนโลยี ม.1</dc:subject>
  <dc:creator/>
  <cp:keywords/>
  <dc:description>generated by python-docx</dc:description>
  <cp:lastModifiedBy/>
  <cp:revision>1</cp:revision>
  <cp:category/>
</cp:coreProperties>
</file>