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การพัฒนาการเรียนรู้เรื่องความหมายของการคูณและการหารด้วยการใช้ภาพแทนและอธิบายวิธีคิด</w:t>
      </w:r>
    </w:p>
    <w:p>
      <w:r>
        <w:t>คณิตศาสตร์  ชั้นป.3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รายงานตัวอย่างนี้นำเสนอแนวทางพัฒนาความหมายของการคูณและการหาร ในรายวิชาคณิตศาสตร์ ชั้นป.3 ด้วยการใช้ภาพแทนและอธิบายวิธีคิด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7.65 และหลังเท่ากับ 10.90 คะแนน ผลต่างเฉลี่ย 3.25 คะแนน จำนวนผู้ถึงเกณฑ์เปลี่ยนจาก 0 เป็น 4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ความหมายของการคูณและการหาร เป็นประเด็นที่ใช้ฝึกให้ผู้เรียนเชื่อมความรู้กับการทำงานในรายวิชาคณิตศาสตร์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ในระดับป.3 ครูควรเลือกภาษา ปริมาณงาน และความช่วยเหลือให้สอดคล้องกับความพร้อมจริง</w:t>
      </w:r>
    </w:p>
    <w:p>
      <w:r>
        <w:t>คำตอบถูกอย่างเดียวอาจเกิดจากการจำขั้นตอน ข้อผิดพลาดเรื่องหน่วย เครื่องหมาย หรือการเลือกวิธีทำจะมองเห็นเมื่อให้ผู้เรียนแสดงวิธีคิด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การใช้ภาพแทนและอธิบายวิธีคิด ทำให้ครูแสดงตัวอย่างวิธีคิด ให้ผู้เรียนฝึกโดยมีข้อมูลย้อนกลับ แล้วลดการช่วยเหลือจนทำเองได้ ระบุข้อมูล เลือกภาพหรือสัญลักษณ์ คำนวณ และตรวจคำตอบด้วยวิธีที่สมเหตุสมผล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เปรียบเทียบคะแนนความสามารถเรื่องความหมายของการคูณและการหาร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สิ่งที่จัดให้ผู้เรียนคือการใช้ภาพแทนและอธิบายวิธีคิด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เนื้อหาเรื่องความหมายของการคูณและการหาร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หาค่า 4 × 6 พร้อมแสดงวิธีคิดและตรวจคำตอบ แนวคิดสำคัญคือ 24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หาค่า 24 ÷ 4 พร้อมแสดงวิธีคิดและตรวจคำตอบ แนวคิดสำคัญคือ 6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หาค่า 7 × 3 พร้อมแสดงวิธีคิดและตรวจคำตอบ แนวคิดสำคัญคือ 21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หาค่า 35 ÷ 5 พร้อมแสดงวิธีคิดและตรวจคำตอบ แนวคิดสำคัญคือ 7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หาค่า 8 × 4 พร้อมแสดงวิธีคิดและตรวจคำตอบ แนวคิดสำคัญคือ 32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สำหรับเรื่องความหมายของการคูณและการหาร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การใช้ภาพแทนและอธิบายวิธีคิด → ผู้เรียนเห็นเกณฑ์และตัวอย่าง → ฝึกระบุข้อมูล เลือกภาพหรือสัญลักษณ์ คำนวณ และตรวจคำตอบด้วยวิธีที่สมเหตุสมผล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7.65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10.90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3.74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3.25 คะแนนจากคะแนนเต็ม 20 คิดเป็นผลต่างร้อยละคะแนนเต็ม 16.25 จุดร้อยละ มีรหัสที่คะแนนเพิ่ม 16 รหัส เท่าเดิม 1 รหัส และลดลง 3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153 หลัง 218 ผลรวมผลต่าง 65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7.65 เป็น 10.90 คะแนน มีรหัสถึงเกณฑ์หลัง 4 จาก 20 รหัส และยังไม่ถึง 16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สำหรับเรื่องความหมายของการคูณและการหาร ประเด็นที่ควรตรวจคือผู้เรียน ระบุข้อมูล เลือกภาพหรือสัญลักษณ์ คำนวณ และตรวจคำตอบด้วยวิธีที่สมเหตุสมผล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r>
        <w:t>Institute of Education Sciences</w:t>
        <w:br/>
        <w:t>Assisting Students Struggling with Mathematics Intervention in the Elementary Grades</w:t>
        <w:br/>
        <w:t>https://ies.ed.gov/ncee/wwc/PracticeGuide/26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ความหมายของการคูณและการหาร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ให้ผู้เรียนหาค่า 4 × 6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24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ให้ผู้เรียนหาค่า 24 ÷ 4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6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ให้ผู้เรียนหาค่า 7 × 3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21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ให้ผู้เรียนหาค่า 35 ÷ 5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7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ให้ผู้เรียนหาค่า 8 × 4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32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ความหมายของการคูณและการหาร แล้วอธิบายความเชื่อมโยงและตรวจคำตอบด้วยตนเอง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32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หาค่า 4 × 6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หาค่า 24 ÷ 4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หาค่า 7 × 3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หาค่า 35 ÷ 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หาค่า 8 × 4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หาค่า 35 ÷ 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หาค่า 4 × 6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หาค่า 8 × 4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หาค่า 24 ÷ 4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หาค่า 7 × 3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24</w:t>
      </w:r>
    </w:p>
    <w:p>
      <w:pPr>
        <w:pStyle w:val="Heading2"/>
      </w:pPr>
      <w:r>
        <w:t>ประเด็นที่ 2</w:t>
      </w:r>
    </w:p>
    <w:p>
      <w:r>
        <w:t>6</w:t>
      </w:r>
    </w:p>
    <w:p>
      <w:pPr>
        <w:pStyle w:val="Heading2"/>
      </w:pPr>
      <w:r>
        <w:t>ประเด็นที่ 3</w:t>
      </w:r>
    </w:p>
    <w:p>
      <w:r>
        <w:t>21</w:t>
      </w:r>
    </w:p>
    <w:p>
      <w:pPr>
        <w:pStyle w:val="Heading2"/>
      </w:pPr>
      <w:r>
        <w:t>ประเด็นที่ 4</w:t>
      </w:r>
    </w:p>
    <w:p>
      <w:r>
        <w:t>7</w:t>
      </w:r>
    </w:p>
    <w:p>
      <w:pPr>
        <w:pStyle w:val="Heading2"/>
      </w:pPr>
      <w:r>
        <w:t>ประเด็นที่ 5</w:t>
      </w:r>
    </w:p>
    <w:p>
      <w:r>
        <w:t>32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การพัฒนาการเรียนรู้เรื่องความหมายของการคูณและการหารด้วยการใช้ภาพแทนและอธิบายวิธีคิด</dc:title>
  <dc:subject>คณิตศาสตร์ ป.3</dc:subject>
  <dc:creator/>
  <cp:keywords/>
  <dc:description>generated by python-docx</dc:description>
  <cp:lastModifiedBy/>
  <cp:revision>1</cp:revision>
  <cp:category/>
</cp:coreProperties>
</file>