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การพัฒนาการเรียนรู้เรื่องการบวกและลบไม่เกินยี่สิบด้วยการใช้ภาพแทนและอธิบายวิธีคิด</w:t>
      </w:r>
    </w:p>
    <w:p>
      <w:r>
        <w:t>คณิตศาสตร์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รายงานตัวอย่างนี้นำเสนอแนวทางพัฒนาการบวกและลบไม่เกินยี่สิบ ในรายวิชาคณิตศาสตร์ ชั้นป.1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7.15 และหลังเท่ากับ 11.00 คะแนน ผลต่างเฉลี่ย 3.85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การบวกและลบไม่เกินยี่สิบ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เปรียบเทียบคะแนนความสามารถเรื่องการบวกและลบไม่เกินยี่สิบ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เนื้อหาเรื่องการบวกและลบไม่เกินยี่สิบ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หาค่า 6 + 3 พร้อมแสดงวิธีคิดและตรวจคำตอบ แนวคิดสำคัญคือ 9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หาค่า 8 + 5 พร้อมแสดงวิธีคิดและตรวจคำตอบ แนวคิดสำคัญคือ 13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หาค่า 12 − 4 พร้อมแสดงวิธีคิดและตรวจคำตอบ แนวคิดสำคัญคือ 8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หาค่า 15 − 7 พร้อมแสดงวิธีคิดและตรวจคำตอบ แนวคิดสำคัญคือ 8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หาค่า 9 + 6 พร้อมแสดงวิธีคิดและตรวจคำตอบ แนวคิดสำคัญคือ 15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สำหรับเรื่องการบวกและลบไม่เกินยี่สิบ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7.15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11.00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1.79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3.85 คะแนนจากคะแนนเต็ม 20 คิดเป็นผลต่างร้อยละคะแนนเต็ม 19.25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143 หลัง 220 ผลรวมผลต่าง 77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7.15 เป็น 11.00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สำหรับเรื่องการบวกและลบไม่เกินยี่สิบ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r>
        <w:t>Institute of Education Sciences</w:t>
        <w:br/>
        <w:t>Assisting Students Struggling with Mathematics Intervention in the Elementary Grades</w:t>
        <w:br/>
        <w:t>https://ies.ed.gov/ncee/wwc/PracticeGuide/26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การบวกและลบไม่เกินยี่สิบ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ให้ผู้เรียนหาค่า 6 + 3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9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ให้ผู้เรียนหาค่า 8 + 5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13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ให้ผู้เรียนหาค่า 12 − 4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8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ให้ผู้เรียนหาค่า 15 − 7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8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ให้ผู้เรียนหาค่า 9 + 6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การบวกและลบไม่เกินยี่สิบ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6 + 3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8 + 5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12 − 4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15 − 7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9 + 6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15 − 7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6 + 3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9 + 6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8 + 5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12 − 4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9</w:t>
      </w:r>
    </w:p>
    <w:p>
      <w:pPr>
        <w:pStyle w:val="Heading2"/>
      </w:pPr>
      <w:r>
        <w:t>ประเด็นที่ 2</w:t>
      </w:r>
    </w:p>
    <w:p>
      <w:r>
        <w:t>13</w:t>
      </w:r>
    </w:p>
    <w:p>
      <w:pPr>
        <w:pStyle w:val="Heading2"/>
      </w:pPr>
      <w:r>
        <w:t>ประเด็นที่ 3</w:t>
      </w:r>
    </w:p>
    <w:p>
      <w:r>
        <w:t>8</w:t>
      </w:r>
    </w:p>
    <w:p>
      <w:pPr>
        <w:pStyle w:val="Heading2"/>
      </w:pPr>
      <w:r>
        <w:t>ประเด็นที่ 4</w:t>
      </w:r>
    </w:p>
    <w:p>
      <w:r>
        <w:t>8</w:t>
      </w:r>
    </w:p>
    <w:p>
      <w:pPr>
        <w:pStyle w:val="Heading2"/>
      </w:pPr>
      <w:r>
        <w:t>ประเด็นที่ 5</w:t>
      </w:r>
    </w:p>
    <w:p>
      <w:r>
        <w:t>15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การพัฒนาการเรียนรู้เรื่องการบวกและลบไม่เกินยี่สิบด้วยการใช้ภาพแทนและอธิบายวิธีคิด</dc:title>
  <dc:subject>คณิตศาสตร์ ป.1</dc:subject>
  <dc:creator/>
  <cp:keywords/>
  <dc:description>generated by python-docx</dc:description>
  <cp:lastModifiedBy/>
  <cp:revision>1</cp:revision>
  <cp:category/>
</cp:coreProperties>
</file>