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การพัฒนาการเรียนรู้เรื่องการแก้สมการเชิงเส้นตัวแปรเดียวด้วยการใช้ภาพแทนและอธิบายวิธีคิด</w:t>
      </w:r>
    </w:p>
    <w:p>
      <w:r>
        <w:t>คณิตศาสตร์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รายงานตัวอย่างนี้นำเสนอแนวทางพัฒนาแก้สมการเชิงเส้นตัวแปรเดียว ในรายวิชาคณิตศาสตร์ ชั้นม.1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7.25 และหลังเท่ากับ 10.40 คะแนน ผลต่างเฉลี่ย 3.15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แก้สมการเชิงเส้นตัวแปรเดียว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เปรียบเทียบคะแนนความสามารถเรื่องแก้สมการเชิงเส้นตัวแปรเดียว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เนื้อหาเรื่องแก้สมการเชิงเส้นตัวแปรเดียว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แก้สมการ 2x + 3 = 11 และแทนค่าตรวจ แนวคิดสำคัญคือ x = 4 ตรวจโดยแทนกลับแล้วทั้งสองข้างเท่ากัน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แก้สมการ 3x + 2 = 17 และแทนค่าตรวจ แนวคิดสำคัญคือ x = 5 ตรวจโดยแทนกลับแล้วทั้งสองข้างเท่ากัน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แก้สมการ 4x − 1 = 19 และแทนค่าตรวจ แนวคิดสำคัญคือ x = 5 ตรวจโดยแทนกลับแล้วทั้งสองข้างเท่ากัน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แก้สมการ 5x + 4 = 29 และแทนค่าตรวจ แนวคิดสำคัญคือ x = 5 ตรวจโดยแทนกลับแล้วทั้งสองข้างเท่ากัน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แก้สมการ 2x − 6 = 8 และแทนค่าตรวจ แนวคิดสำคัญคือ x = 7 ตรวจโดยแทนกลับแล้วทั้งสองข้างเท่ากัน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สำหรับเรื่องแก้สมการเชิงเส้นตัวแปรเดียว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7.25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10.40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3.15 คะแนนจากคะแนนเต็ม 20 คิดเป็นผลต่างร้อยละคะแนนเต็ม 15.75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145 หลัง 208 ผลรวมผลต่าง 63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7.25 เป็น 10.40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สำหรับเรื่องแก้สมการเชิงเส้นตัวแปรเดียว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แก้สมการเชิงเส้นตัวแปรเดียว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ให้ผู้เรียนแก้สมการ 2x + 3 = 11 และแทนค่าตรวจ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4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ให้ผู้เรียนแก้สมการ 3x + 2 = 17 และแทนค่าตรวจ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5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ให้ผู้เรียนแก้สมการ 4x − 1 = 19 และแทนค่าตรวจ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5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ให้ผู้เรียนแก้สมการ 5x + 4 = 29 และแทนค่าตรวจ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5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ให้ผู้เรียนแก้สมการ 2x − 6 = 8 และแทนค่าตรวจ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7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แก้สมการเชิงเส้นตัวแปรเดียว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x = 7 ตรวจโดยแทนกลับแล้วทั้งสองข้างเท่ากัน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แก้สมการ 2x + 3 = 11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แก้สมการ 3x + 2 = 17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แก้สมการ 4x − 1 = 19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แก้สมการ 5x + 4 = 29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แก้สมการ 2x − 6 = 8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แก้สมการ 5x + 4 = 29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แก้สมการ 2x + 3 = 11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แก้สมการ 2x − 6 = 8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แก้สมการ 3x + 2 = 17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แก้สมการ 4x − 1 = 19 และแทนค่าตรวจ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x = 4 ตรวจโดยแทนกลับแล้วทั้งสองข้างเท่ากัน</w:t>
      </w:r>
    </w:p>
    <w:p>
      <w:pPr>
        <w:pStyle w:val="Heading2"/>
      </w:pPr>
      <w:r>
        <w:t>ประเด็นที่ 2</w:t>
      </w:r>
    </w:p>
    <w:p>
      <w:r>
        <w:t>x = 5 ตรวจโดยแทนกลับแล้วทั้งสองข้างเท่ากัน</w:t>
      </w:r>
    </w:p>
    <w:p>
      <w:pPr>
        <w:pStyle w:val="Heading2"/>
      </w:pPr>
      <w:r>
        <w:t>ประเด็นที่ 3</w:t>
      </w:r>
    </w:p>
    <w:p>
      <w:r>
        <w:t>x = 5 ตรวจโดยแทนกลับแล้วทั้งสองข้างเท่ากัน</w:t>
      </w:r>
    </w:p>
    <w:p>
      <w:pPr>
        <w:pStyle w:val="Heading2"/>
      </w:pPr>
      <w:r>
        <w:t>ประเด็นที่ 4</w:t>
      </w:r>
    </w:p>
    <w:p>
      <w:r>
        <w:t>x = 5 ตรวจโดยแทนกลับแล้วทั้งสองข้างเท่ากัน</w:t>
      </w:r>
    </w:p>
    <w:p>
      <w:pPr>
        <w:pStyle w:val="Heading2"/>
      </w:pPr>
      <w:r>
        <w:t>ประเด็นที่ 5</w:t>
      </w:r>
    </w:p>
    <w:p>
      <w:r>
        <w:t>x = 7 ตรวจโดยแทนกลับแล้วทั้งสองข้างเท่ากัน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การพัฒนาการเรียนรู้เรื่องการแก้สมการเชิงเส้นตัวแปรเดียวด้วยการใช้ภาพแทนและอธิบายวิธีคิด</dc:title>
  <dc:subject>คณิตศาสตร์ ม.1</dc:subject>
  <dc:creator/>
  <cp:keywords/>
  <dc:description>generated by python-docx</dc:description>
  <cp:lastModifiedBy/>
  <cp:revision>1</cp:revision>
  <cp:category/>
</cp:coreProperties>
</file>