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สื่อสารปฏิเสธและขอความช่วยเหลือด้วยการฝึกตัดสินใจด้านสุขภาพด้วยสถานการณ์ปลอดภัย</w:t>
      </w:r>
    </w:p>
    <w:p>
      <w:r>
        <w:t>สุขศึกษาและพลศึกษา  ชั้นป.6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รายงานตัวอย่างนี้นำเสนอแนวทางพัฒนาสื่อสารปฏิเสธและขอความช่วยเหลือ ในรายวิชาสุขศึกษาและพลศึกษา ชั้นป.6 ด้วยการฝึกตัดสินใจด้านสุขภาพด้วยสถานการณ์ปลอดภัย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7.20 และหลังเท่ากับ 10.95 คะแนน ผลต่างเฉลี่ย 3.75 คะแนน จำนวนผู้ถึงเกณฑ์เปลี่ยนจาก 0 เป็น 5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สื่อสารปฏิเสธและขอความช่วยเหลือ เป็นประเด็นที่ใช้ฝึกให้ผู้เรียนเชื่อมความรู้กับการทำงานในรายวิชาสุขศึกษาและพลศึกษา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ในระดับป.6 ครูควรเลือกภาษา ปริมาณงาน และความช่วยเหลือให้สอดคล้องกับความพร้อมจริง</w:t>
      </w:r>
    </w:p>
    <w:p>
      <w:r>
        <w:t>การท่องกติกาสุขภาพไม่รับประกันว่าจะเลือกปฏิบัติได้ในสถานการณ์จริง จึงใช้โจทย์ที่ให้เลือกการกระทำพร้อมเหตุผล โดยไม่ให้เด็กเปิดเผยประวัติสุขภาพ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การฝึกตัดสินใจด้านสุขภาพด้วยสถานการณ์ปลอดภัย ทำให้ครูแสดงตัวอย่างวิธีคิด ให้ผู้เรียนฝึกโดยมีข้อมูลย้อนกลับ แล้วลดการช่วยเหลือจนทำเองได้ ประเมินความเสี่ยง เลือกการกระทำที่ปลอดภัย และรู้ว่าเมื่อใดต้องขอผู้ใหญ่ช่วย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เปรียบเทียบคะแนนความสามารถเรื่องสื่อสารปฏิเสธและขอความช่วยเหลือ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สิ่งที่จัดให้ผู้เรียนคือการฝึกตัดสินใจด้านสุขภาพด้วยสถานการณ์ปลอดภัย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เนื้อหาเรื่องสื่อสารปฏิเสธและขอความช่วยเหลือ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เพื่อนชวนทำกิจกรรมเสี่ยงเพื่อพิสูจน์ความกล้าควรตอบอย่างไร แนวคิดสำคัญคือ ปฏิเสธชัดเจน ออกห่างและขอผู้ใหญ่ช่วย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มีคนขอรูปส่วนตัวที่ทำให้อึดอัดควรทำอย่างไร แนวคิดสำคัญคือ ไม่ส่ง หยุดติดต่อและแจ้งผู้ใหญ่ที่ไว้ใจ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การขอช่วยถือว่าอ่อนแอหรือไม่ แนวคิดสำคัญคือ ไม่ใช่ เป็นการดูแลความปลอดภัย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เพื่อนบอกความลับว่าจะทำร้ายตัวเอง ควรเก็บเงียบหรือไม่ แนวคิดสำคัญคือ ไม่เก็บลำพัง รีบแจ้งผู้ใหญ่ที่รับผิดชอบเพื่อช่วยทันที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ประโยคปฏิเสธที่สุภาพแต่ชัดควรเป็นอย่างไร แนวคิดสำคัญคือ เช่น เราไม่ทำเรื่องนี้ ไปทำอย่างอื่นที่ปลอดภัยกัน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สำหรับเรื่องสื่อสารปฏิเสธและขอความช่วยเหลือ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การฝึกตัดสินใจด้านสุขภาพด้วยสถานการณ์ปลอดภัย → ผู้เรียนเห็นเกณฑ์และตัวอย่าง → ฝึกประเมินความเสี่ยง เลือกการกระทำที่ปลอดภัย และรู้ว่าเมื่อใดต้องขอผู้ใหญ่ช่วย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10.95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2.21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3.24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3.75 คะแนนจากคะแนนเต็ม 20 คิดเป็นผลต่างร้อยละคะแนนเต็ม 18.75 จุดร้อยละ มีรหัสที่คะแนนเพิ่ม 17 รหัส เท่าเดิม 1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144 หลัง 219 ผลรวมผลต่าง 75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7.20 เป็น 10.95 คะแนน มีรหัสถึงเกณฑ์หลัง 5 จาก 20 รหัส และยังไม่ถึง 15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สำหรับเรื่องสื่อสารปฏิเสธและขอความช่วยเหลือ ประเด็นที่ควรตรวจคือผู้เรียน ประเมินความเสี่ยง เลือกการกระทำที่ปลอดภัย และรู้ว่าเมื่อใดต้องขอผู้ใหญ่ช่วย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สื่อสารปฏิเสธและขอความช่วยเหลือ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ให้ผู้เรียนเพื่อนชวนทำกิจกรรมเสี่ยงเพื่อพิสูจน์ความกล้าควรตอบอย่างไร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ปฏิเสธชัดเจน ออกห่างและขอผู้ใหญ่ช่วย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ให้ผู้เรียนมีคนขอรูปส่วนตัวที่ทำให้อึดอัดควรทำอย่างไร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ไม่ส่ง หยุดติดต่อและแจ้งผู้ใหญ่ที่ไว้ใจ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ให้ผู้เรียนการขอช่วยถือว่าอ่อนแอหรือไม่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ไม่ใช่ เป็นการดูแลความปลอดภัย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ให้ผู้เรียนเพื่อนบอกความลับว่าจะทำร้ายตัวเอง ควรเก็บเงียบหรือไม่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ไม่เก็บลำพัง รีบแจ้งผู้ใหญ่ที่รับผิดชอบเพื่อช่วยทันที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ให้ผู้เรียนประโยคปฏิเสธที่สุภาพแต่ชัดควรเป็นอย่างไร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เช่น เราไม่ทำเรื่องนี้ ไปทำอย่างอื่นที่ปลอดภัยกัน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สื่อสารปฏิเสธและขอความช่วยเหลือ แล้วอธิบายความเชื่อมโยงและตรวจคำตอบด้วยตนเอง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เช่น เราไม่ทำเรื่องนี้ ไปทำอย่างอื่นที่ปลอดภัยกัน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เพื่อนชวนทำกิจกรรมเสี่ยงเพื่อพิสูจน์ความกล้าควรตอบอย่างไร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มีคนขอรูปส่วนตัวที่ทำให้อึดอัดควรทำอย่างไร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การขอช่วยถือว่าอ่อนแอหรือไม่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เพื่อนบอกความลับว่าจะทำร้ายตัวเอง ควรเก็บเงียบหรือไม่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ประโยคปฏิเสธที่สุภาพแต่ชัดควรเป็นอย่างไร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เพื่อนบอกความลับว่าจะทำร้ายตัวเอง ควรเก็บเงียบหรือไม่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เพื่อนชวนทำกิจกรรมเสี่ยงเพื่อพิสูจน์ความกล้าควรตอบอย่างไร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ประโยคปฏิเสธที่สุภาพแต่ชัดควรเป็นอย่างไร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มีคนขอรูปส่วนตัวที่ทำให้อึดอัดควรทำอย่างไร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การขอช่วยถือว่าอ่อนแอหรือไม่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ปฏิเสธชัดเจน ออกห่างและขอผู้ใหญ่ช่วย</w:t>
      </w:r>
    </w:p>
    <w:p>
      <w:pPr>
        <w:pStyle w:val="Heading2"/>
      </w:pPr>
      <w:r>
        <w:t>ประเด็นที่ 2</w:t>
      </w:r>
    </w:p>
    <w:p>
      <w:r>
        <w:t>ไม่ส่ง หยุดติดต่อและแจ้งผู้ใหญ่ที่ไว้ใจ</w:t>
      </w:r>
    </w:p>
    <w:p>
      <w:pPr>
        <w:pStyle w:val="Heading2"/>
      </w:pPr>
      <w:r>
        <w:t>ประเด็นที่ 3</w:t>
      </w:r>
    </w:p>
    <w:p>
      <w:r>
        <w:t>ไม่ใช่ เป็นการดูแลความปลอดภัย</w:t>
      </w:r>
    </w:p>
    <w:p>
      <w:pPr>
        <w:pStyle w:val="Heading2"/>
      </w:pPr>
      <w:r>
        <w:t>ประเด็นที่ 4</w:t>
      </w:r>
    </w:p>
    <w:p>
      <w:r>
        <w:t>ไม่เก็บลำพัง รีบแจ้งผู้ใหญ่ที่รับผิดชอบเพื่อช่วยทันที</w:t>
      </w:r>
    </w:p>
    <w:p>
      <w:pPr>
        <w:pStyle w:val="Heading2"/>
      </w:pPr>
      <w:r>
        <w:t>ประเด็นที่ 5</w:t>
      </w:r>
    </w:p>
    <w:p>
      <w:r>
        <w:t>เช่น เราไม่ทำเรื่องนี้ ไปทำอย่างอื่นที่ปลอดภัยกัน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สื่อสารปฏิเสธและขอความช่วยเหลือด้วยการฝึกตัดสินใจด้านสุขภาพด้วยสถานการณ์ปลอดภัย</dc:title>
  <dc:subject>สุขศึกษาและพลศึกษา ป.6</dc:subject>
  <dc:creator/>
  <cp:keywords/>
  <dc:description>generated by python-docx</dc:description>
  <cp:lastModifiedBy/>
  <cp:revision>1</cp:revision>
  <cp:category/>
</cp:coreProperties>
</file>