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ป้องกันอุบัติเหตุในกิจกรรมการเคลื่อนไหว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รายงานตัวอย่างนี้นำเสนอแนวทางพัฒนาป้องกันอุบัติเหตุในกิจกรรมการเคลื่อนไหว ในรายวิชาสุขศึกษาและพลศึกษา ชั้นป.4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7.40 และหลังเท่ากับ 11.30 คะแนน ผลต่างเฉลี่ย 3.90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ป้องกันอุบัติเหตุในกิจกรรมการเคลื่อนไหว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เปรียบเทียบคะแนนความสามารถเรื่องป้องกันอุบัติเหตุในกิจกรรมการเคลื่อนไหว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เนื้อหาเรื่องป้องกันอุบัติเหตุในกิจกรรมการเคลื่อนไหว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เริ่มกิจกรรมหนักทันทีโดยไม่เตรียมตัวมีข้อจำกัดอะไร แนวคิดสำคัญคือ ร่างกายอาจยังไม่พร้อม ควรเตรียมตามคำแนะนำครู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อุปกรณ์ชำรุดควรทำอย่างไร แนวคิดสำคัญคือ หยุดใช้และแจ้งครู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เพื่อนล้มเจ็บจนลุกไม่ไหวควรดึงให้ลุกหรือไม่ แนวคิดสำคัญคือ ไม่ดึงหรือเคลื่อนย้ายเอง เรียกผู้ใหญ่ช่วย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สนามมีหลุมควรปรับกิจกรรมอย่างไร แนวคิดสำคัญคือ ย้ายพื้นที่หรือกั้นจุดอันตรายตามการดูแลของครู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เหตุใดการเล่นตามกติกาจึงช่วยความปลอดภัย แนวคิดสำคัญคือ ลดการปะทะและทำให้คาดการกระทำของกันและกันได้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สำหรับเรื่องป้องกันอุบัติเหตุในกิจกรรมการเคลื่อนไหว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11.30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3.90 คะแนนจากคะแนนเต็ม 20 คิดเป็นผลต่างร้อยละคะแนนเต็ม 19.50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148 หลัง 226 ผลรวมผลต่าง 78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7.40 เป็น 11.30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สำหรับเรื่องป้องกันอุบัติเหตุในกิจกรรมการเคลื่อนไหว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ป้องกันอุบัติเหตุในกิจกรรมการเคลื่อนไหว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ให้ผู้เรียนเริ่มกิจกรรมหนักทันทีโดยไม่เตรียมตัวมีข้อจำกัดอะไร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ร่างกายอาจยังไม่พร้อม ควรเตรียมตามคำแนะนำครู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ให้ผู้เรียนอุปกรณ์ชำรุดควรทำอย่างไร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หยุดใช้และแจ้งครู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ให้ผู้เรียนเพื่อนล้มเจ็บจนลุกไม่ไหวควรดึงให้ลุกหรือไม่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ไม่ดึงหรือเคลื่อนย้ายเอง เรียกผู้ใหญ่ช่วย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ให้ผู้เรียนสนามมีหลุมควรปรับกิจกรรมอย่างไร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ย้ายพื้นที่หรือกั้นจุดอันตรายตามการดูแลของครู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ให้ผู้เรียนเหตุใดการเล่นตามกติกาจึงช่วยความปลอดภัย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ลดการปะทะและทำให้คาดการกระทำของกันและกันได้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ป้องกันอุบัติเหตุในกิจกรรมการเคลื่อนไหว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ลดการปะทะและทำให้คาดการกระทำของกันและกันได้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เริ่มกิจกรรมหนักทันทีโดยไม่เตรียมตัวมีข้อจำกัดอะไร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อุปกรณ์ชำรุดควรทำอย่างไร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เพื่อนล้มเจ็บจนลุกไม่ไหวควรดึงให้ลุกหรือไม่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สนามมีหลุมควรปรับกิจกรรมอย่างไร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เหตุใดการเล่นตามกติกาจึงช่วยความปลอดภัย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สนามมีหลุมควรปรับกิจกรรมอย่างไร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เริ่มกิจกรรมหนักทันทีโดยไม่เตรียมตัวมีข้อจำกัดอะไร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เหตุใดการเล่นตามกติกาจึงช่วยความปลอดภัย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อุปกรณ์ชำรุดควรทำอย่างไร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เพื่อนล้มเจ็บจนลุกไม่ไหวควรดึงให้ลุกหรือไม่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ร่างกายอาจยังไม่พร้อม ควรเตรียมตามคำแนะนำครู</w:t>
      </w:r>
    </w:p>
    <w:p>
      <w:pPr>
        <w:pStyle w:val="Heading2"/>
      </w:pPr>
      <w:r>
        <w:t>ประเด็นที่ 2</w:t>
      </w:r>
    </w:p>
    <w:p>
      <w:r>
        <w:t>หยุดใช้และแจ้งครู</w:t>
      </w:r>
    </w:p>
    <w:p>
      <w:pPr>
        <w:pStyle w:val="Heading2"/>
      </w:pPr>
      <w:r>
        <w:t>ประเด็นที่ 3</w:t>
      </w:r>
    </w:p>
    <w:p>
      <w:r>
        <w:t>ไม่ดึงหรือเคลื่อนย้ายเอง เรียกผู้ใหญ่ช่วย</w:t>
      </w:r>
    </w:p>
    <w:p>
      <w:pPr>
        <w:pStyle w:val="Heading2"/>
      </w:pPr>
      <w:r>
        <w:t>ประเด็นที่ 4</w:t>
      </w:r>
    </w:p>
    <w:p>
      <w:r>
        <w:t>ย้ายพื้นที่หรือกั้นจุดอันตรายตามการดูแลของครู</w:t>
      </w:r>
    </w:p>
    <w:p>
      <w:pPr>
        <w:pStyle w:val="Heading2"/>
      </w:pPr>
      <w:r>
        <w:t>ประเด็นที่ 5</w:t>
      </w:r>
    </w:p>
    <w:p>
      <w:r>
        <w:t>ลดการปะทะและทำให้คาดการกระทำของกันและกันได้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ป้องกันอุบัติเหตุในกิจกรรมการเคลื่อนไหวด้วยการฝึกตัดสินใจด้านสุขภาพด้วยสถานการณ์ปลอดภัย</dc:title>
  <dc:subject>สุขศึกษาและพลศึกษา ป.4</dc:subject>
  <dc:creator/>
  <cp:keywords/>
  <dc:description>generated by python-docx</dc:description>
  <cp:lastModifiedBy/>
  <cp:revision>1</cp:revision>
  <cp:category/>
</cp:coreProperties>
</file>