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ตัดสินใจเลือกอาหารและกิจวัตรที่เหมาะสม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รายงานตัวอย่างนี้นำเสนอแนวทางพัฒนาตัดสินใจเลือกอาหารและกิจวัตรที่เหมาะสม ในรายวิชาสุขศึกษาและพลศึกษา ชั้นป.3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8.10 และหลังเท่ากับ 11.90 คะแนน ผลต่างเฉลี่ย 3.80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ตัดสินใจเลือกอาหารและกิจวัตรที่เหมาะสม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เปรียบเทียบคะแนนความสามารถเรื่องตัดสินใจเลือกอาหารและกิจวัตรที่เหมาะสม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เนื้อหาเรื่องตัดสินใจเลือกอาหารและกิจวัตรที่เหมาะสม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เลือกน้ำเปล่ากับน้ำหวานเป็นเครื่องดื่มประจำควรเลือกอะไร แนวคิดสำคัญคือ น้ำเปล่าเป็นหลักและพิจารณาความเหมาะสมกับสุขภาพ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กินอาหารอย่างเดียวซ้ำทุกวันมีข้อจำกัดอย่างไร แนวคิดสำคัญคือ อาจได้สารอาหารไม่หลากหลาย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อาหารมีกลิ่นผิดปกติควรทำอย่างไร แนวคิดสำคัญคือ ไม่ชิมและแจ้งผู้ใหญ่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เล่นจนดึกเป็นประจำกระทบอะไร แนวคิดสำคัญคือ อาจพักผ่อนไม่พอและกระทบสมาธิ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จะวางกิจวัตรให้มีเวลาขยับร่างกายอย่างไร แนวคิดสำคัญคือ จัดเวลาเหมาะกับวัย สภาพร่างกาย และพักผ่อนเพียงพอ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สำหรับเรื่องตัดสินใจเลือกอาหารและกิจวัตรที่เหมาะสม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11.90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3.45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3.80 คะแนนจากคะแนนเต็ม 20 คิดเป็นผลต่างร้อยละคะแนนเต็ม 19.00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162 หลัง 238 ผลรวมผลต่าง 76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8.10 เป็น 11.90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สำหรับเรื่องตัดสินใจเลือกอาหารและกิจวัตรที่เหมาะสม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ตัดสินใจเลือกอาหารและกิจวัตรที่เหมาะสม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ให้ผู้เรียนเลือกน้ำเปล่ากับน้ำหวานเป็นเครื่องดื่มประจำควรเลือกอะไร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น้ำเปล่าเป็นหลักและพิจารณาความเหมาะสมกับสุขภาพ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ให้ผู้เรียนกินอาหารอย่างเดียวซ้ำทุกวันมีข้อจำกัดอย่างไร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อาจได้สารอาหารไม่หลากหลาย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ให้ผู้เรียนอาหารมีกลิ่นผิดปกติควรทำอย่างไร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ไม่ชิมและแจ้งผู้ใหญ่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ให้ผู้เรียนเล่นจนดึกเป็นประจำกระทบอะไร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อาจพักผ่อนไม่พอและกระทบสมาธิ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ให้ผู้เรียนจะวางกิจวัตรให้มีเวลาขยับร่างกายอย่างไร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จัดเวลาเหมาะกับวัย สภาพร่างกาย และพักผ่อนเพียงพอ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ตัดสินใจเลือกอาหารและกิจวัตรที่เหมาะสม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จัดเวลาเหมาะกับวัย สภาพร่างกาย และพักผ่อนเพียงพอ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เลือกน้ำเปล่ากับน้ำหวานเป็นเครื่องดื่มประจำควรเลือกอะไร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กินอาหารอย่างเดียวซ้ำทุกวันมีข้อจำกัดอย่างไร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อาหารมีกลิ่นผิดปกติควรทำอย่างไร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เล่นจนดึกเป็นประจำกระทบอะไร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จะวางกิจวัตรให้มีเวลาขยับร่างกายอย่างไร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เล่นจนดึกเป็นประจำกระทบอะไร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เลือกน้ำเปล่ากับน้ำหวานเป็นเครื่องดื่มประจำควรเลือกอะไร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จะวางกิจวัตรให้มีเวลาขยับร่างกายอย่างไร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กินอาหารอย่างเดียวซ้ำทุกวันมีข้อจำกัดอย่างไร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อาหารมีกลิ่นผิดปกติควรทำอย่างไร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น้ำเปล่าเป็นหลักและพิจารณาความเหมาะสมกับสุขภาพ</w:t>
      </w:r>
    </w:p>
    <w:p>
      <w:pPr>
        <w:pStyle w:val="Heading2"/>
      </w:pPr>
      <w:r>
        <w:t>ประเด็นที่ 2</w:t>
      </w:r>
    </w:p>
    <w:p>
      <w:r>
        <w:t>อาจได้สารอาหารไม่หลากหลาย</w:t>
      </w:r>
    </w:p>
    <w:p>
      <w:pPr>
        <w:pStyle w:val="Heading2"/>
      </w:pPr>
      <w:r>
        <w:t>ประเด็นที่ 3</w:t>
      </w:r>
    </w:p>
    <w:p>
      <w:r>
        <w:t>ไม่ชิมและแจ้งผู้ใหญ่</w:t>
      </w:r>
    </w:p>
    <w:p>
      <w:pPr>
        <w:pStyle w:val="Heading2"/>
      </w:pPr>
      <w:r>
        <w:t>ประเด็นที่ 4</w:t>
      </w:r>
    </w:p>
    <w:p>
      <w:r>
        <w:t>อาจพักผ่อนไม่พอและกระทบสมาธิ</w:t>
      </w:r>
    </w:p>
    <w:p>
      <w:pPr>
        <w:pStyle w:val="Heading2"/>
      </w:pPr>
      <w:r>
        <w:t>ประเด็นที่ 5</w:t>
      </w:r>
    </w:p>
    <w:p>
      <w:r>
        <w:t>จัดเวลาเหมาะกับวัย สภาพร่างกาย และพักผ่อนเพียงพอ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ตัดสินใจเลือกอาหารและกิจวัตรที่เหมาะสมด้วยการฝึกตัดสินใจด้านสุขภาพด้วยสถานการณ์ปลอดภัย</dc:title>
  <dc:subject>สุขศึกษาและพลศึกษา ป.3</dc:subject>
  <dc:creator/>
  <cp:keywords/>
  <dc:description>generated by python-docx</dc:description>
  <cp:lastModifiedBy/>
  <cp:revision>1</cp:revision>
  <cp:category/>
</cp:coreProperties>
</file>