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รู้จักการดูแลตนเองระหว่างกิจกรรม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รายงานตัวอย่างนี้นำเสนอแนวทางพัฒนารู้จักการดูแลตนเองระหว่างกิจกรรม ในรายวิชาสุขศึกษาและพลศึกษา ชั้นป.2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7.35 และหลังเท่ากับ 11.10 คะแนน ผลต่างเฉลี่ย 3.75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รู้จักการดูแลตนเองระหว่างกิจกรรม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เปรียบเทียบคะแนนความสามารถเรื่องรู้จักการดูแลตนเองระหว่างกิจกรรม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เนื้อหาเรื่องรู้จักการดูแลตนเองระหว่างกิจกรรม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ก่อนเล่นในสนามควรตรวจอะไร แนวคิดสำคัญคือ พื้นที่และสิ่งกีดขวางรวมถึงอุปกรณ์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เหนื่อยมากหรือเวียนหัวระหว่างเล่นควรทำอย่างไร แนวคิดสำคัญคือ หยุดและแจ้งครู ไม่ฝืน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ทำไมควรดื่มน้ำเมื่อทำกิจกรรมตามความต้องการ แนวคิดสำคัญคือ ช่วยทดแทนน้ำที่เสีย โดยผู้ใหญ่ดูแลตามสภาพเด็ก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เล่นกับเพื่อนแล้วชนกันควรทำอย่างไร แนวคิดสำคัญคือ หยุด ตรวจความปลอดภัยและเรียกครูหากบาดเจ็บ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อยากชนะจึงผลักเพื่อนทำได้หรือไม่ แนวคิดสำคัญคือ ไม่ได้ ต้องเคารพกติกาและความปลอดภัย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สำหรับเรื่องรู้จักการดูแลตนเองระหว่างกิจกรรม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11.10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147 หลัง 222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7.35 เป็น 11.10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สำหรับเรื่องรู้จักการดูแลตนเองระหว่างกิจกรรม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รู้จักการดูแลตนเองระหว่างกิจกรรม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ให้ผู้เรียนก่อนเล่นในสนามควรตรวจอะไร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พื้นที่และสิ่งกีดขวางรวมถึงอุปกรณ์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ให้ผู้เรียนเหนื่อยมากหรือเวียนหัวระหว่างเล่นควรทำอย่างไร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หยุดและแจ้งครู ไม่ฝืน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ให้ผู้เรียนทำไมควรดื่มน้ำเมื่อทำกิจกรรมตามความต้องการ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ช่วยทดแทนน้ำที่เสีย โดยผู้ใหญ่ดูแลตามสภาพเด็ก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ให้ผู้เรียนเล่นกับเพื่อนแล้วชนกันควรทำอย่างไร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 ตรวจความปลอดภัยและเรียกครูหากบาดเจ็บ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ให้ผู้เรียนอยากชนะจึงผลักเพื่อนทำได้หรือไม่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ต้องเคารพกติกาและความปลอดภัย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รู้จักการดูแลตนเองระหว่างกิจกรรม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ต้องเคารพกติกาและความปลอดภัย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ก่อนเล่นในสนามควรตรวจอะไร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เหนื่อยมากหรือเวียนหัวระหว่างเล่นควรทำอย่างไร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ทำไมควรดื่มน้ำเมื่อทำกิจกรรมตามความต้องการ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เล่นกับเพื่อนแล้วชนกันควรทำอย่างไร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อยากชนะจึงผลักเพื่อนทำได้หรือไม่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เล่นกับเพื่อนแล้วชนกันควรทำอย่างไร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ก่อนเล่นในสนามควรตรวจอะไร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อยากชนะจึงผลักเพื่อนทำได้หรือไม่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เหนื่อยมากหรือเวียนหัวระหว่างเล่นควรทำอย่างไร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ทำไมควรดื่มน้ำเมื่อทำกิจกรรมตามความต้องการ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พื้นที่และสิ่งกีดขวางรวมถึงอุปกรณ์</w:t>
      </w:r>
    </w:p>
    <w:p>
      <w:pPr>
        <w:pStyle w:val="Heading2"/>
      </w:pPr>
      <w:r>
        <w:t>ประเด็นที่ 2</w:t>
      </w:r>
    </w:p>
    <w:p>
      <w:r>
        <w:t>หยุดและแจ้งครู ไม่ฝืน</w:t>
      </w:r>
    </w:p>
    <w:p>
      <w:pPr>
        <w:pStyle w:val="Heading2"/>
      </w:pPr>
      <w:r>
        <w:t>ประเด็นที่ 3</w:t>
      </w:r>
    </w:p>
    <w:p>
      <w:r>
        <w:t>ช่วยทดแทนน้ำที่เสีย โดยผู้ใหญ่ดูแลตามสภาพเด็ก</w:t>
      </w:r>
    </w:p>
    <w:p>
      <w:pPr>
        <w:pStyle w:val="Heading2"/>
      </w:pPr>
      <w:r>
        <w:t>ประเด็นที่ 4</w:t>
      </w:r>
    </w:p>
    <w:p>
      <w:r>
        <w:t>หยุด ตรวจความปลอดภัยและเรียกครูหากบาดเจ็บ</w:t>
      </w:r>
    </w:p>
    <w:p>
      <w:pPr>
        <w:pStyle w:val="Heading2"/>
      </w:pPr>
      <w:r>
        <w:t>ประเด็นที่ 5</w:t>
      </w:r>
    </w:p>
    <w:p>
      <w:r>
        <w:t>ไม่ได้ ต้องเคารพกติกาและความปลอดภัย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รู้จักการดูแลตนเองระหว่างกิจกรรมด้วยการฝึกตัดสินใจด้านสุขภาพด้วยสถานการณ์ปลอดภัย</dc:title>
  <dc:subject>สุขศึกษาและพลศึกษา ป.2</dc:subject>
  <dc:creator/>
  <cp:keywords/>
  <dc:description>generated by python-docx</dc:description>
  <cp:lastModifiedBy/>
  <cp:revision>1</cp:revision>
  <cp:category/>
</cp:coreProperties>
</file>