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เลือกพฤติกรรมสะอาดและปลอดภัยด้วยการฝึกตัดสินใจด้านสุขภาพด้วยสถานการณ์ปลอดภัย</w:t>
      </w:r>
    </w:p>
    <w:p>
      <w:r>
        <w:t>สุขศึกษาและพลศึกษา  ชั้นป.1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รายงานตัวอย่างนี้นำเสนอแนวทางพัฒนาเลือกพฤติกรรมสะอาดและปลอดภัย ในรายวิชาสุขศึกษาและพลศึกษา ชั้นป.1 ด้วยการฝึกตัดสินใจด้านสุขภาพด้วยสถานการณ์ปลอดภัย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7.50 และหลังเท่ากับ 12.40 คะแนน ผลต่างเฉลี่ย 4.90 คะแนน จำนวนผู้ถึงเกณฑ์เปลี่ยนจาก 0 เป็น 6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เลือกพฤติกรรมสะอาดและปลอดภัย เป็นประเด็นที่ใช้ฝึกให้ผู้เรียนเชื่อมความรู้กับการทำงานในรายวิชาสุขศึกษาและพลศึกษา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ในระดับป.1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การท่องกติกาสุขภาพไม่รับประกันว่าจะเลือกปฏิบัติได้ในสถานการณ์จริง จึงใช้โจทย์ที่ให้เลือกการกระทำพร้อมเหตุผล โดยไม่ให้เด็กเปิดเผยประวัติสุขภาพ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การฝึกตัดสินใจด้านสุขภาพด้วยสถานการณ์ปลอดภัย ทำให้ครูแสดงตัวอย่างวิธีคิด ให้ผู้เรียนฝึกโดยมีข้อมูลย้อนกลับ แล้วลดการช่วยเหลือจนทำเองได้ ประเมินความเสี่ยง เลือกการกระทำที่ปลอดภัย และรู้ว่าเมื่อใดต้องขอผู้ใหญ่ช่วย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เปรียบเทียบคะแนนความสามารถเรื่องเลือกพฤติกรรมสะอาดและปลอดภัย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สิ่งที่จัดให้ผู้เรียนคือการฝึกตัดสินใจด้านสุขภาพด้วยสถานการณ์ปลอดภัย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เนื้อหาเรื่องเลือกพฤติกรรมสะอาดและปลอดภัย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ก่อนกินอาหารควรทำอะไร แนวคิดสำคัญคือ ล้างมือด้วยสบู่และน้ำอย่างเหมาะสม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ของเล่นตกในที่สกปรกควรทำอย่างไร แนวคิดสำคัญคือ ให้ผู้ใหญ่ช่วยทำความสะอาดก่อนใช้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เพื่อนชวนวิ่งบนพื้นเปียกควรทำอย่างไร แนวคิดสำคัญคือ ปฏิเสธและเดินอย่างระวัง แจ้งครูหากพื้นลื่น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รู้สึกไม่สบายระหว่างคาบควรบอกใคร แนวคิดสำคัญคือ ครูหรือผู้ใหญ่ที่ดูแล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ยืมขวดน้ำที่สัมผัสปากร่วมกับเพื่อนเหมาะหรือไม่ แนวคิดสำคัญคือ ควรใช้ภาชนะส่วนตัวเพื่อลดการแพร่เชื้อ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สำหรับเรื่องเลือกพฤติกรรมสะอาดและปลอดภัย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การฝึกตัดสินใจด้านสุขภาพด้วยสถานการณ์ปลอดภัย → ผู้เรียนเห็นเกณฑ์และตัวอย่าง → ฝึกประเมินความเสี่ยง เลือกการกระทำที่ปลอดภัย และรู้ว่าเมื่อใดต้องขอผู้ใหญ่ช่วย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7.50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12.40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2.63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3.23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4.90 คะแนนจากคะแนนเต็ม 20 คิดเป็นผลต่างร้อยละคะแนนเต็ม 24.50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150 หลัง 248 ผลรวมผลต่าง 98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7.50 เป็น 12.40 คะแนน มีรหัสถึงเกณฑ์หลัง 6 จาก 20 รหัส และยังไม่ถึง 14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สำหรับเรื่องเลือกพฤติกรรมสะอาดและปลอดภัย ประเด็นที่ควรตรวจคือผู้เรียน ประเมินความเสี่ยง เลือกการกระทำที่ปลอดภัย และรู้ว่าเมื่อใดต้องขอผู้ใหญ่ช่วย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เลือกพฤติกรรมสะอาดและปลอดภัย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ให้ผู้เรียนก่อนกินอาหารควรทำอะไร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ล้างมือด้วยสบู่และน้ำอย่างเหมาะสม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ให้ผู้เรียนของเล่นตกในที่สกปรกควรทำอย่างไร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ให้ผู้ใหญ่ช่วยทำความสะอาดก่อนใช้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ให้ผู้เรียนเพื่อนชวนวิ่งบนพื้นเปียกควรทำอย่างไร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ปฏิเสธและเดินอย่างระวัง แจ้งครูหากพื้นลื่น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ให้ผู้เรียนรู้สึกไม่สบายระหว่างคาบควรบอกใคร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ครูหรือผู้ใหญ่ที่ดูแล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ให้ผู้เรียนยืมขวดน้ำที่สัมผัสปากร่วมกับเพื่อนเหมาะหรือไม่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ควรใช้ภาชนะส่วนตัวเพื่อลดการแพร่เชื้อ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เลือกพฤติกรรมสะอาดและปลอดภัย แล้วอธิบายความเชื่อมโยงและตรวจคำตอบด้วยตนเอง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ควรใช้ภาชนะส่วนตัวเพื่อลดการแพร่เชื้อ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ก่อนกินอาหารควรทำอะไร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ของเล่นตกในที่สกปรกควรทำอย่างไร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เพื่อนชวนวิ่งบนพื้นเปียกควรทำอย่างไร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รู้สึกไม่สบายระหว่างคาบควรบอกใคร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ยืมขวดน้ำที่สัมผัสปากร่วมกับเพื่อนเหมาะหรือไม่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รู้สึกไม่สบายระหว่างคาบควรบอกใคร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ก่อนกินอาหารควรทำอะไร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ยืมขวดน้ำที่สัมผัสปากร่วมกับเพื่อนเหมาะหรือไม่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ของเล่นตกในที่สกปรกควรทำอย่างไร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เพื่อนชวนวิ่งบนพื้นเปียกควรทำอย่างไร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ล้างมือด้วยสบู่และน้ำอย่างเหมาะสม</w:t>
      </w:r>
    </w:p>
    <w:p>
      <w:pPr>
        <w:pStyle w:val="Heading2"/>
      </w:pPr>
      <w:r>
        <w:t>ประเด็นที่ 2</w:t>
      </w:r>
    </w:p>
    <w:p>
      <w:r>
        <w:t>ให้ผู้ใหญ่ช่วยทำความสะอาดก่อนใช้</w:t>
      </w:r>
    </w:p>
    <w:p>
      <w:pPr>
        <w:pStyle w:val="Heading2"/>
      </w:pPr>
      <w:r>
        <w:t>ประเด็นที่ 3</w:t>
      </w:r>
    </w:p>
    <w:p>
      <w:r>
        <w:t>ปฏิเสธและเดินอย่างระวัง แจ้งครูหากพื้นลื่น</w:t>
      </w:r>
    </w:p>
    <w:p>
      <w:pPr>
        <w:pStyle w:val="Heading2"/>
      </w:pPr>
      <w:r>
        <w:t>ประเด็นที่ 4</w:t>
      </w:r>
    </w:p>
    <w:p>
      <w:r>
        <w:t>ครูหรือผู้ใหญ่ที่ดูแล</w:t>
      </w:r>
    </w:p>
    <w:p>
      <w:pPr>
        <w:pStyle w:val="Heading2"/>
      </w:pPr>
      <w:r>
        <w:t>ประเด็นที่ 5</w:t>
      </w:r>
    </w:p>
    <w:p>
      <w:r>
        <w:t>ควรใช้ภาชนะส่วนตัวเพื่อลดการแพร่เชื้อ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เลือกพฤติกรรมสะอาดและปลอดภัยด้วยการฝึกตัดสินใจด้านสุขภาพด้วยสถานการณ์ปลอดภัย</dc:title>
  <dc:subject>สุขศึกษาและพลศึกษา ป.1</dc:subject>
  <dc:creator/>
  <cp:keywords/>
  <dc:description>generated by python-docx</dc:description>
  <cp:lastModifiedBy/>
  <cp:revision>1</cp:revision>
  <cp:category/>
</cp:coreProperties>
</file>