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ตัดสินใจด้านความปลอดภัยและความรับผิดชอบในกีฬาด้วยการฝึกตัดสินใจด้านสุขภาพด้วยสถานการณ์ปลอดภัย</w:t>
      </w:r>
    </w:p>
    <w:p>
      <w:r>
        <w:t>สุขศึกษาและพลศึกษา  ชั้นม.3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รายงานตัวอย่างนี้นำเสนอแนวทางพัฒนาตัดสินใจด้านความปลอดภัยและความรับผิดชอบในกีฬา ในรายวิชาสุขศึกษาและพลศึกษา ชั้นม.3 ด้วยการฝึกตัดสินใจด้านสุขภาพด้วยสถานการณ์ปลอดภัย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7.20 และหลังเท่ากับ 10.95 คะแนน ผลต่างเฉลี่ย 3.75 คะแนน จำนวนผู้ถึงเกณฑ์เปลี่ยนจาก 0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ตัดสินใจด้านความปลอดภัยและความรับผิดชอบในกีฬา เป็นประเด็นที่ใช้ฝึกให้ผู้เรียนเชื่อมความรู้กับการทำงานในรายวิชาสุขศึกษาและพลศึกษา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ในระดับม.3 ครูควรเลือกภาษา ปริมาณงาน และความช่วยเหลือให้สอดคล้องกับความพร้อมจริง</w:t>
      </w:r>
    </w:p>
    <w:p>
      <w:r>
        <w:t>การท่องกติกาสุขภาพไม่รับประกันว่าจะเลือกปฏิบัติได้ในสถานการณ์จริง จึงใช้โจทย์ที่ให้เลือกการกระทำพร้อมเหตุผล โดยไม่ให้เด็กเปิดเผยประวัติสุขภาพ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การฝึกตัดสินใจด้านสุขภาพด้วยสถานการณ์ปลอดภัย ทำให้ครูแสดงตัวอย่างวิธีคิด ให้ผู้เรียนฝึกโดยมีข้อมูลย้อนกลับ แล้วลดการช่วยเหลือจนทำเองได้ ประเมินความเสี่ยง เลือกการกระทำที่ปลอดภัย และรู้ว่าเมื่อใดต้องขอผู้ใหญ่ช่วย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เปรียบเทียบคะแนนความสามารถเรื่องตัดสินใจด้านความปลอดภัยและความรับผิดชอบในกีฬา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สิ่งที่จัดให้ผู้เรียนคือการฝึกตัดสินใจด้านสุขภาพด้วยสถานการณ์ปลอดภัย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เนื้อหาเรื่องตัดสินใจด้านความปลอดภัยและความรับผิดชอบในกีฬา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เห็นเพื่อนมีอาการผิดปกติแต่ทีมกำลังชนะควรทำอย่างไร แนวคิดสำคัญคือ หยุดและให้ความปลอดภัยมาก่อนผลแข่งขัน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ข้อมูลสุขภาพเพื่อนจะโพสต์ได้หรือไม่ แนวคิดสำคัญคือ ไม่ควรเปิดเผยโดยพลการ ควรเคารพความเป็นส่วนตัว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การเล่นรุนแรงเพื่อตอบโต้เหมาะหรือไม่ แนวคิดสำคัญคือ ไม่เหมาะ ใช้กติกาและผู้ตัดสินแก้ปัญหา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โครงการกีฬารวมทุกคนต้องวางแผนอะไร แนวคิดสำคัญคือ ทางเลือกกิจกรรมตามความพร้อม อุปกรณ์ พื้นที่ และการดูแล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ประเมินผลกิจกรรมกีฬาควรดูเพียงอันดับหรือไม่ แนวคิดสำคัญคือ ไม่ ควรดูความปลอดภัย การมีส่วนร่วม ทักษะ และน้ำใจนักกีฬา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สำหรับเรื่องตัดสินใจด้านความปลอดภัยและความรับผิดชอบในกีฬา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การฝึกตัดสินใจด้านสุขภาพด้วยสถานการณ์ปลอดภัย → ผู้เรียนเห็นเกณฑ์และตัวอย่าง → ฝึกประเมินความเสี่ยง เลือกการกระทำที่ปลอดภัย และรู้ว่าเมื่อใดต้องขอผู้ใหญ่ช่วย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10.95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2.04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3.09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ถึง 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3.75 คะแนนจากคะแนนเต็ม 20 คิดเป็นผลต่างร้อยละคะแนนเต็ม 18.75 จุดร้อยละ มีรหัสที่คะแนนเพิ่ม 16 รหัส เท่าเดิม 2 รหัส และลดลง 2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144 หลัง 219 ผลรวมผลต่าง 75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7.20 เป็น 10.95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สำหรับเรื่องตัดสินใจด้านความปลอดภัยและความรับผิดชอบในกีฬา ประเด็นที่ควรตรวจคือผู้เรียน ประเมินความเสี่ยง เลือกการกระทำที่ปลอดภัย และรู้ว่าเมื่อใดต้องขอผู้ใหญ่ช่วย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ตัดสินใจด้านความปลอดภัยและความรับผิดชอบในกีฬา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ให้ผู้เรียนเห็นเพื่อนมีอาการผิดปกติแต่ทีมกำลังชนะควรทำอย่างไร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หยุดและให้ความปลอดภัยมาก่อนผลแข่งขัน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ให้ผู้เรียนข้อมูลสุขภาพเพื่อนจะโพสต์ได้หรือไม่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ไม่ควรเปิดเผยโดยพลการ ควรเคารพความเป็นส่วนตัว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ให้ผู้เรียนการเล่นรุนแรงเพื่อตอบโต้เหมาะหรือไม่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ไม่เหมาะ ใช้กติกาและผู้ตัดสินแก้ปัญหา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ให้ผู้เรียนโครงการกีฬารวมทุกคนต้องวางแผนอะไร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ทางเลือกกิจกรรมตามความพร้อม อุปกรณ์ พื้นที่ และการดูแล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ให้ผู้เรียนประเมินผลกิจกรรมกีฬาควรดูเพียงอันดับหรือไม่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 ควรดูความปลอดภัย การมีส่วนร่วม ทักษะ และน้ำใจนักกีฬา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ตัดสินใจด้านความปลอดภัยและความรับผิดชอบในกีฬา แล้วอธิบายความเชื่อมโยงและตรวจคำตอบด้วยตนเอง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 ควรดูความปลอดภัย การมีส่วนร่วม ทักษะ และน้ำใจนักกีฬา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เห็นเพื่อนมีอาการผิดปกติแต่ทีมกำลังชนะควรทำอย่างไร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ข้อมูลสุขภาพเพื่อนจะโพสต์ได้หรือไม่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การเล่นรุนแรงเพื่อตอบโต้เหมาะหรือไม่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โครงการกีฬารวมทุกคนต้องวางแผนอะไร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ประเมินผลกิจกรรมกีฬาควรดูเพียงอันดับหรือไม่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โครงการกีฬารวมทุกคนต้องวางแผนอะไร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เห็นเพื่อนมีอาการผิดปกติแต่ทีมกำลังชนะควรทำอย่างไร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ประเมินผลกิจกรรมกีฬาควรดูเพียงอันดับหรือไม่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ข้อมูลสุขภาพเพื่อนจะโพสต์ได้หรือไม่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การเล่นรุนแรงเพื่อตอบโต้เหมาะหรือไม่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หยุดและให้ความปลอดภัยมาก่อนผลแข่งขัน</w:t>
      </w:r>
    </w:p>
    <w:p>
      <w:pPr>
        <w:pStyle w:val="Heading2"/>
      </w:pPr>
      <w:r>
        <w:t>ประเด็นที่ 2</w:t>
      </w:r>
    </w:p>
    <w:p>
      <w:r>
        <w:t>ไม่ควรเปิดเผยโดยพลการ ควรเคารพความเป็นส่วนตัว</w:t>
      </w:r>
    </w:p>
    <w:p>
      <w:pPr>
        <w:pStyle w:val="Heading2"/>
      </w:pPr>
      <w:r>
        <w:t>ประเด็นที่ 3</w:t>
      </w:r>
    </w:p>
    <w:p>
      <w:r>
        <w:t>ไม่เหมาะ ใช้กติกาและผู้ตัดสินแก้ปัญหา</w:t>
      </w:r>
    </w:p>
    <w:p>
      <w:pPr>
        <w:pStyle w:val="Heading2"/>
      </w:pPr>
      <w:r>
        <w:t>ประเด็นที่ 4</w:t>
      </w:r>
    </w:p>
    <w:p>
      <w:r>
        <w:t>ทางเลือกกิจกรรมตามความพร้อม อุปกรณ์ พื้นที่ และการดูแล</w:t>
      </w:r>
    </w:p>
    <w:p>
      <w:pPr>
        <w:pStyle w:val="Heading2"/>
      </w:pPr>
      <w:r>
        <w:t>ประเด็นที่ 5</w:t>
      </w:r>
    </w:p>
    <w:p>
      <w:r>
        <w:t>ไม่ ควรดูความปลอดภัย การมีส่วนร่วม ทักษะ และน้ำใจนักกีฬา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ตัดสินใจด้านความปลอดภัยและความรับผิดชอบในกีฬาด้วยการฝึกตัดสินใจด้านสุขภาพด้วยสถานการณ์ปลอดภัย</dc:title>
  <dc:subject>สุขศึกษาและพลศึกษา ม.3</dc:subject>
  <dc:creator/>
  <cp:keywords/>
  <dc:description>generated by python-docx</dc:description>
  <cp:lastModifiedBy/>
  <cp:revision>1</cp:revision>
  <cp:category/>
</cp:coreProperties>
</file>