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การพัฒนาการเรียนรู้เรื่องการสื่อสารแผนการในอนาคตด้วยการฝึกใช้ภาษาในสถานการณ์สื่อสาร</w:t>
      </w:r>
    </w:p>
    <w:p>
      <w:r>
        <w:t>ภาษาอังกฤษ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รายงานตัวอย่างนี้นำเสนอแนวทางพัฒนาสื่อสารแผนการในอนาคต ในรายวิชาภาษาอังกฤษ ชั้นป.6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7.15 และหลังเท่ากับ 10.05 คะแนน ผลต่างเฉลี่ย 2.90 คะแนน จำนวนผู้ถึงเกณฑ์เปลี่ยนจาก 0 เป็น 1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สื่อสารแผนการในอนาคต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เปรียบเทียบคะแนนความสามารถเรื่องสื่อสารแผนการในอนาคต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เนื้อหาเรื่องสื่อสารแผนการในอนาคต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I am going to ___ football tomorrow. แนวคิดสำคัญคือ play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She is going to ___ a book. แนวคิดสำคัญคือ read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ถามแผนวันพรุ่งนี้ แนวคิดสำคัญคือ What are you going to do tomorrow?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เขียนว่าตนจะเยี่ยมปู่ย่าตายายวันอาทิตย์ แนวคิดสำคัญคือ I am going to visit my grandparents on Sunday.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เติม We ___ going to clean the room. แนวคิดสำคัญคือ are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สำหรับเรื่องสื่อสารแผนการในอนาคต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7.15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2.90 คะแนนจากคะแนนเต็ม 20 คิดเป็นผลต่างร้อยละคะแนนเต็ม 14.50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143 หลัง 201 ผลรวมผลต่าง 58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7.15 เป็น 10.05 คะแนน มีรหัสถึงเกณฑ์หลัง 1 จาก 20 รหัส และยังไม่ถึง 19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สำหรับเรื่องสื่อสารแผนการในอนาคต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สื่อสารแผนการในอนาคต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I am going to ___ football tomorrow.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play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She is going to ___ a book.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read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ให้ผู้เรียนถามแผนวันพรุ่งนี้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What are you going to do tomorrow?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ให้ผู้เรียนเขียนว่าตนจะเยี่ยมปู่ย่าตายายวันอาทิตย์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am going to visit my grandparents on Sunday.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ให้ผู้เรียนเติม We ___ going to clean the room.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are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สื่อสารแผนการในอนาคต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are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I am going to ___ football tomorrow.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She is going to ___ a book.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ถามแผนวันพรุ่งนี้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เขียนว่าตนจะเยี่ยมปู่ย่าตายายวันอาทิตย์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We ___ going to clean the room.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เขียนว่าตนจะเยี่ยมปู่ย่าตายายวันอาทิตย์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am going to ___ football tomorrow.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We ___ going to clean the room.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She is going to ___ a book.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ถามแผนวันพรุ่งนี้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play</w:t>
      </w:r>
    </w:p>
    <w:p>
      <w:pPr>
        <w:pStyle w:val="Heading2"/>
      </w:pPr>
      <w:r>
        <w:t>ประเด็นที่ 2</w:t>
      </w:r>
    </w:p>
    <w:p>
      <w:r>
        <w:t>read</w:t>
      </w:r>
    </w:p>
    <w:p>
      <w:pPr>
        <w:pStyle w:val="Heading2"/>
      </w:pPr>
      <w:r>
        <w:t>ประเด็นที่ 3</w:t>
      </w:r>
    </w:p>
    <w:p>
      <w:r>
        <w:t>What are you going to do tomorrow?</w:t>
      </w:r>
    </w:p>
    <w:p>
      <w:pPr>
        <w:pStyle w:val="Heading2"/>
      </w:pPr>
      <w:r>
        <w:t>ประเด็นที่ 4</w:t>
      </w:r>
    </w:p>
    <w:p>
      <w:r>
        <w:t>I am going to visit my grandparents on Sunday.</w:t>
      </w:r>
    </w:p>
    <w:p>
      <w:pPr>
        <w:pStyle w:val="Heading2"/>
      </w:pPr>
      <w:r>
        <w:t>ประเด็นที่ 5</w:t>
      </w:r>
    </w:p>
    <w:p>
      <w:r>
        <w:t>are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การพัฒนาการเรียนรู้เรื่องการสื่อสารแผนการในอนาคตด้วยการฝึกใช้ภาษาในสถานการณ์สื่อสาร</dc:title>
  <dc:subject>ภาษาอังกฤษ ป.6</dc:subject>
  <dc:creator/>
  <cp:keywords/>
  <dc:description>generated by python-docx</dc:description>
  <cp:lastModifiedBy/>
  <cp:revision>1</cp:revision>
  <cp:category/>
</cp:coreProperties>
</file>