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เปรียบเทียบสิ่งของด้วยภาษาอังกฤษด้วยการฝึกใช้ภาษาในสถานการณ์สื่อสาร</w:t>
      </w:r>
    </w:p>
    <w:p>
      <w:r>
        <w:t>ภาษาอังกฤษ  ชั้นป.5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รายงานตัวอย่างนี้นำเสนอแนวทางพัฒนาเปรียบเทียบสิ่งของด้วยภาษาอังกฤษ ในรายวิชาภาษาอังกฤษ ชั้นป.5 ด้วยการฝึกใช้ภาษาในสถานการณ์สื่อสาร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8.10 และหลังเท่ากับ 12.00 คะแนน ผลต่างเฉลี่ย 3.90 คะแนน จำนวนผู้ถึงเกณฑ์เปลี่ยนจาก 0 เป็น 6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เปรียบเทียบสิ่งของด้วยภาษาอังกฤษ เป็นประเด็นที่ใช้ฝึกให้ผู้เรียนเชื่อมความรู้กับการทำงานในรายวิชาภาษาอังกฤษ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ในระดับป.5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ผู้เรียนอาจจำคำศัพท์แยกคำแต่เลือกใช้ในข้อความไม่ได้ จึงประเมินการสื่อความหมายและเหตุผลตามบริบท ไม่เน้นสำเนียงเหมือนเจ้าของภาษา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การฝึกใช้ภาษาในสถานการณ์สื่อสาร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อ่านหรือฟังข้อความ เลือกภาษาที่สื่อความหมายตรงบริบท แล้วพูดหรือเขียนตอบ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เปรียบเทียบคะแนนความสามารถเรื่องเปรียบเทียบสิ่งของด้วยภาษาอังกฤษ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สิ่งที่จัดให้ผู้เรียนคือการฝึกใช้ภาษาในสถานการณ์สื่อสาร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เนื้อหาเรื่องเปรียบเทียบสิ่งของด้วยภาษาอังกฤษ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เติม An elephant is ___ than a cat. โดยใช้ big แนวคิดสำคัญคือ bigger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เติม This bag is ___ than that one. โดยใช้ small แนวคิดสำคัญคือ smaller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เติม A is 10 cm. B is 15 cm. B is ___ than A. แนวคิดสำคัญคือ longer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เติม This box is the ___. โดยใช้ heavy แนวคิดสำคัญคือ heaviest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เขียนเปรียบเทียบความสูงสมมติ Tom 150 cm และ Ben 140 cm แนวคิดสำคัญคือ Tom is taller than Ben. หรือ Ben is shorter than Tom.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สำหรับเรื่องเปรียบเทียบสิ่งของด้วยภาษาอังกฤษ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การฝึกใช้ภาษาในสถานการณ์สื่อสาร → ผู้เรียนเห็นเกณฑ์และตัวอย่าง → ฝึกอ่านหรือฟังข้อความ เลือกภาษาที่สื่อความหมายตรงบริบท แล้วพูดหรือเขียนตอบ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8.10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12.00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2.70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3.90 คะแนนจากคะแนนเต็ม 20 คิดเป็นผลต่างร้อยละคะแนนเต็ม 19.50 จุดร้อยละ มีรหัสที่คะแนนเพิ่ม 17 รหัส เท่าเดิม 2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162 หลัง 240 ผลรวมผลต่าง 78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8.10 เป็น 12.00 คะแนน มีรหัสถึงเกณฑ์หลัง 6 จาก 20 รหัส และยังไม่ถึง 14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สำหรับเรื่องเปรียบเทียบสิ่งของด้วยภาษาอังกฤษ ประเด็นที่ควรตรวจคือผู้เรียน อ่านหรือฟังข้อความ เลือกภาษาที่สื่อความหมายตรงบริบท แล้วพูดหรือเขียนตอบ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เปรียบเทียบสิ่งของด้วยภาษาอังกฤษ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ให้ผู้เรียนเติม An elephant is ___ than a cat. โดยใช้ big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bigger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ให้ผู้เรียนเติม This bag is ___ than that one. โดยใช้ small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smaller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ให้ผู้เรียนเติม A is 10 cm. B is 15 cm. B is ___ than A.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longer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ให้ผู้เรียนเติม This box is the ___. โดยใช้ heavy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heaviest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ให้ผู้เรียนเขียนเปรียบเทียบความสูงสมมติ Tom 150 cm และ Ben 140 cm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Tom is taller than Ben. หรือ Ben is shorter than Tom.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เปรียบเทียบสิ่งของด้วยภาษาอังกฤษ แล้วอธิบายความเชื่อมโยงและตรวจคำตอบด้วยตนเอง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Tom is taller than Ben. หรือ Ben is shorter than Tom.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เติม An elephant is ___ than a cat. โดยใช้ big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This bag is ___ than that one. โดยใช้ small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เติม A is 10 cm. B is 15 cm. B is ___ than A.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เติม This box is the ___. โดยใช้ heavy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เขียนเปรียบเทียบความสูงสมมติ Tom 150 cm และ Ben 140 cm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เติม This box is the ___. โดยใช้ heavy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An elephant is ___ than a cat. โดยใช้ big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เขียนเปรียบเทียบความสูงสมมติ Tom 150 cm และ Ben 140 cm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เติม This bag is ___ than that one. โดยใช้ small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เติม A is 10 cm. B is 15 cm. B is ___ than A.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bigger</w:t>
      </w:r>
    </w:p>
    <w:p>
      <w:pPr>
        <w:pStyle w:val="Heading2"/>
      </w:pPr>
      <w:r>
        <w:t>ประเด็นที่ 2</w:t>
      </w:r>
    </w:p>
    <w:p>
      <w:r>
        <w:t>smaller</w:t>
      </w:r>
    </w:p>
    <w:p>
      <w:pPr>
        <w:pStyle w:val="Heading2"/>
      </w:pPr>
      <w:r>
        <w:t>ประเด็นที่ 3</w:t>
      </w:r>
    </w:p>
    <w:p>
      <w:r>
        <w:t>longer</w:t>
      </w:r>
    </w:p>
    <w:p>
      <w:pPr>
        <w:pStyle w:val="Heading2"/>
      </w:pPr>
      <w:r>
        <w:t>ประเด็นที่ 4</w:t>
      </w:r>
    </w:p>
    <w:p>
      <w:r>
        <w:t>heaviest</w:t>
      </w:r>
    </w:p>
    <w:p>
      <w:pPr>
        <w:pStyle w:val="Heading2"/>
      </w:pPr>
      <w:r>
        <w:t>ประเด็นที่ 5</w:t>
      </w:r>
    </w:p>
    <w:p>
      <w:r>
        <w:t>Tom is taller than Ben. หรือ Ben is shorter than Tom.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เปรียบเทียบสิ่งของด้วยภาษาอังกฤษด้วยการฝึกใช้ภาษาในสถานการณ์สื่อสาร</dc:title>
  <dc:subject>ภาษาอังกฤษ ป.5</dc:subject>
  <dc:creator/>
  <cp:keywords/>
  <dc:description>generated by python-docx</dc:description>
  <cp:lastModifiedBy/>
  <cp:revision>1</cp:revision>
  <cp:category/>
</cp:coreProperties>
</file>