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การพัฒนาการเรียนรู้เรื่องการอ่านคำบอกตำแหน่งและให้ทิศทางด้วยการฝึกใช้ภาษาในสถานการณ์สื่อสาร</w:t>
      </w:r>
    </w:p>
    <w:p>
      <w:r>
        <w:t>ภาษาอังกฤษ  ชั้นป.4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รายงานตัวอย่างนี้นำเสนอแนวทางพัฒนาอ่านคำบอกตำแหน่งและให้ทิศทาง ในรายวิชาภาษาอังกฤษ ชั้นป.4 ด้วยการฝึกใช้ภาษาในสถานการณ์สื่อสาร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7.35 และหลังเท่ากับ 10.90 คะแนน ผลต่างเฉลี่ย 3.55 คะแนน จำนวนผู้ถึงเกณฑ์เปลี่ยนจาก 0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อ่านคำบอกตำแหน่งและให้ทิศทาง เป็นประเด็นที่ใช้ฝึกให้ผู้เรียนเชื่อมความรู้กับการทำงานในรายวิชาภาษาอังกฤษ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ในระดับป.4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ผู้เรียนอาจจำคำศัพท์แยกคำแต่เลือกใช้ในข้อความไม่ได้ จึงประเมินการสื่อความหมายและเหตุผลตามบริบท ไม่เน้นสำเนียงเหมือนเจ้าของภาษา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การฝึกใช้ภาษาในสถานการณ์สื่อสาร ทำให้ครูแสดงตัวอย่างวิธีคิด ให้ผู้เรียนฝึกโดยมีข้อมูลย้อนกลับ แล้วลดการช่วยเหลือจนทำเองได้ อ่านหรือฟังข้อความ เลือกภาษาที่สื่อความหมายตรงบริบท แล้วพูดหรือเขียนตอบ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เปรียบเทียบคะแนนความสามารถเรื่องอ่านคำบอกตำแหน่งและให้ทิศทาง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สิ่งที่จัดให้ผู้เรียนคือการฝึกใช้ภาษาในสถานการณ์สื่อสาร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เนื้อหาเรื่องอ่านคำบอกตำแหน่งและให้ทิศทาง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เติม The book is ___ the table. เมื่อหนังสืออยู่บนโต๊ะ แนวคิดสำคัญคือ on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เติม The bag is ___ the chair. เมื่อกระเป๋าอยู่ใต้เก้าอี้ แนวคิดสำคัญคือ under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แปล Turn left. แนวคิดสำคัญคือ เลี้ยวซ้าย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แปล Go straight. แนวคิดสำคัญคือ ตรงไป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ถามว่าห้องสมุดอยู่ที่ไหน แนวคิดสำคัญคือ Where is the library?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สำหรับเรื่องอ่านคำบอกตำแหน่งและให้ทิศทาง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การฝึกใช้ภาษาในสถานการณ์สื่อสาร → ผู้เรียนเห็นเกณฑ์และตัวอย่าง → ฝึกอ่านหรือฟังข้อความ เลือกภาษาที่สื่อความหมายตรงบริบท แล้วพูดหรือเขียนตอบ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7.35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10.90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1.93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3.18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3.55 คะแนนจากคะแนนเต็ม 20 คิดเป็นผลต่างร้อยละคะแนนเต็ม 17.75 จุดร้อยละ มีรหัสที่คะแนนเพิ่ม 16 รหัส เท่าเดิม 2 รหัส และลดลง 2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147 หลัง 218 ผลรวมผลต่าง 71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7.35 เป็น 10.90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สำหรับเรื่องอ่านคำบอกตำแหน่งและให้ทิศทาง ประเด็นที่ควรตรวจคือผู้เรียน อ่านหรือฟังข้อความ เลือกภาษาที่สื่อความหมายตรงบริบท แล้วพูดหรือเขียนตอบ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อ่านคำบอกตำแหน่งและให้ทิศทาง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ให้ผู้เรียนเติม The book is ___ the table. เมื่อหนังสืออยู่บนโต๊ะ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on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ให้ผู้เรียนเติม The bag is ___ the chair. เมื่อกระเป๋าอยู่ใต้เก้าอี้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under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ให้ผู้เรียนแปล Turn left.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เลี้ยวซ้าย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ให้ผู้เรียนแปล Go straight.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ตรงไป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ให้ผู้เรียนถามว่าห้องสมุดอยู่ที่ไหน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Where is the library?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อ่านคำบอกตำแหน่งและให้ทิศทาง แล้วอธิบายความเชื่อมโยงและตรวจคำตอบด้วยตนเอง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Where is the library?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เติม The book is ___ the table. เมื่อหนังสืออยู่บนโต๊ะ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เติม The bag is ___ the chair. เมื่อกระเป๋าอยู่ใต้เก้าอี้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แปล Turn left.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แปล Go straight.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ถามว่าห้องสมุดอยู่ที่ไหน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แปล Go straight.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เติม The book is ___ the table. เมื่อหนังสืออยู่บนโต๊ะ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ถามว่าห้องสมุดอยู่ที่ไหน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เติม The bag is ___ the chair. เมื่อกระเป๋าอยู่ใต้เก้าอี้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แปล Turn left.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on</w:t>
      </w:r>
    </w:p>
    <w:p>
      <w:pPr>
        <w:pStyle w:val="Heading2"/>
      </w:pPr>
      <w:r>
        <w:t>ประเด็นที่ 2</w:t>
      </w:r>
    </w:p>
    <w:p>
      <w:r>
        <w:t>under</w:t>
      </w:r>
    </w:p>
    <w:p>
      <w:pPr>
        <w:pStyle w:val="Heading2"/>
      </w:pPr>
      <w:r>
        <w:t>ประเด็นที่ 3</w:t>
      </w:r>
    </w:p>
    <w:p>
      <w:r>
        <w:t>เลี้ยวซ้าย</w:t>
      </w:r>
    </w:p>
    <w:p>
      <w:pPr>
        <w:pStyle w:val="Heading2"/>
      </w:pPr>
      <w:r>
        <w:t>ประเด็นที่ 4</w:t>
      </w:r>
    </w:p>
    <w:p>
      <w:r>
        <w:t>ตรงไป</w:t>
      </w:r>
    </w:p>
    <w:p>
      <w:pPr>
        <w:pStyle w:val="Heading2"/>
      </w:pPr>
      <w:r>
        <w:t>ประเด็นที่ 5</w:t>
      </w:r>
    </w:p>
    <w:p>
      <w:r>
        <w:t>Where is the library?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การพัฒนาการเรียนรู้เรื่องการอ่านคำบอกตำแหน่งและให้ทิศทางด้วยการฝึกใช้ภาษาในสถานการณ์สื่อสาร</dc:title>
  <dc:subject>ภาษาอังกฤษ ป.4</dc:subject>
  <dc:creator/>
  <cp:keywords/>
  <dc:description>generated by python-docx</dc:description>
  <cp:lastModifiedBy/>
  <cp:revision>1</cp:revision>
  <cp:category/>
</cp:coreProperties>
</file>