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การพัฒนาการเรียนรู้เรื่องการบอกกิจวัตรด้วยประโยคง่ายด้วยการฝึกใช้ภาษาในสถานการณ์สื่อสาร</w:t>
      </w:r>
    </w:p>
    <w:p>
      <w:r>
        <w:t>ภาษาอังกฤษ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รายงานตัวอย่างนี้นำเสนอแนวทางพัฒนาบอกกิจวัตรด้วยประโยคง่าย ในรายวิชาภาษาอังกฤษ ชั้นป.3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6.90 และหลังเท่ากับ 9.75 คะแนน ผลต่างเฉลี่ย 2.85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บอกกิจวัตรด้วยประโยคง่าย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เปรียบเทียบคะแนนความสามารถเรื่องบอกกิจวัตรด้วยประโยคง่าย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เนื้อหาเรื่องบอกกิจวัตรด้วยประโยคง่าย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I ___ up at six. แนวคิดสำคัญคือ get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I ___ breakfast at seven. แนวคิดสำคัญคือ have หรือ eat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เติม She ___ to school every day. แนวคิดสำคัญคือ goes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ถามว่าเพื่อนตื่นกี่โมง แนวคิดสำคัญคือ What time do you get up?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ตอบว่าตนอ่านหนังสือทุกวัน แนวคิดสำคัญคือ I read every day.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สำหรับเรื่องบอกกิจวัตรด้วยประโยคง่าย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9.75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2.85 คะแนนจากคะแนนเต็ม 20 คิดเป็นผลต่างร้อยละคะแนนเต็ม 14.25 จุดร้อยละ มีรหัสที่คะแนนเพิ่ม 16 รหัส เท่าเดิม 3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138 หลัง 195 ผลรวมผลต่าง 57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6.90 เป็น 9.75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สำหรับเรื่องบอกกิจวัตรด้วยประโยคง่าย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บอกกิจวัตรด้วยประโยคง่าย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I ___ up at six.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get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I ___ breakfast at seven.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have หรือ eat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ให้ผู้เรียนเติม She ___ to school every day.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goes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ให้ผู้เรียนถามว่าเพื่อนตื่นกี่โมง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What time do you get up?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ให้ผู้เรียนตอบว่าตนอ่านหนังสือทุกวัน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read every day.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บอกกิจวัตรด้วยประโยคง่าย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read every day.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I ___ up at six.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 ___ breakfast at seven.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She ___ to school every day.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ถามว่าเพื่อนตื่นกี่โมง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ตอบว่าตนอ่านหนังสือทุกวัน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ถามว่าเพื่อนตื่นกี่โมง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 ___ up at six.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ตอบว่าตนอ่านหนังสือทุกวัน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I ___ breakfast at seven.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She ___ to school every day.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get</w:t>
      </w:r>
    </w:p>
    <w:p>
      <w:pPr>
        <w:pStyle w:val="Heading2"/>
      </w:pPr>
      <w:r>
        <w:t>ประเด็นที่ 2</w:t>
      </w:r>
    </w:p>
    <w:p>
      <w:r>
        <w:t>have หรือ eat</w:t>
      </w:r>
    </w:p>
    <w:p>
      <w:pPr>
        <w:pStyle w:val="Heading2"/>
      </w:pPr>
      <w:r>
        <w:t>ประเด็นที่ 3</w:t>
      </w:r>
    </w:p>
    <w:p>
      <w:r>
        <w:t>goes</w:t>
      </w:r>
    </w:p>
    <w:p>
      <w:pPr>
        <w:pStyle w:val="Heading2"/>
      </w:pPr>
      <w:r>
        <w:t>ประเด็นที่ 4</w:t>
      </w:r>
    </w:p>
    <w:p>
      <w:r>
        <w:t>What time do you get up?</w:t>
      </w:r>
    </w:p>
    <w:p>
      <w:pPr>
        <w:pStyle w:val="Heading2"/>
      </w:pPr>
      <w:r>
        <w:t>ประเด็นที่ 5</w:t>
      </w:r>
    </w:p>
    <w:p>
      <w:r>
        <w:t>I read every day.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การพัฒนาการเรียนรู้เรื่องการบอกกิจวัตรด้วยประโยคง่ายด้วยการฝึกใช้ภาษาในสถานการณ์สื่อสาร</dc:title>
  <dc:subject>ภาษาอังกฤษ ป.3</dc:subject>
  <dc:creator/>
  <cp:keywords/>
  <dc:description>generated by python-docx</dc:description>
  <cp:lastModifiedBy/>
  <cp:revision>1</cp:revision>
  <cp:category/>
</cp:coreProperties>
</file>