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การพัฒนาการเรียนรู้เรื่องการทักทายและแนะนำตนเองด้วยการฝึกใช้ภาษาในสถานการณ์สื่อสาร</w:t>
      </w:r>
    </w:p>
    <w:p>
      <w:r>
        <w:t>ภาษาอังกฤษ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รายงานตัวอย่างนี้นำเสนอแนวทางพัฒนาทักทายและแนะนำตนเอง ในรายวิชาภาษาอังกฤษ ชั้นป.1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11.50 คะแนน ผลต่างเฉลี่ย 3.95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ทักทายและแนะนำตนเอง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เปรียบเทียบคะแนนความสามารถเรื่องทักทายและแนะนำตนเอง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เนื้อหาเรื่องทักทายและแนะนำตนเอง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เพื่อนพูด Hello ควรทักกลับอย่างไร แนวคิดสำคัญคือ Hello. หรือ Hi.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แนะนำว่าตนชื่อ Mali แนวคิดสำคัญคือ My name is Mali. หรือ I am Mali.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ถามชื่อเพื่อนอย่างสุภาพ แนวคิดสำคัญคือ What is your name?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กล่าวขอบคุณเมื่อได้รับความช่วยเหลือ แนวคิดสำคัญคือ Thank you.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กล่าวลาเมื่อจบการสนทนา แนวคิดสำคัญคือ Goodbye. หรือ Bye.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สำหรับเรื่องทักทายและแนะนำตนเอง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3.95 คะแนนจากคะแนนเต็ม 20 คิดเป็นผลต่างร้อยละคะแนนเต็ม 19.75 จุดร้อยละ มีรหัสที่คะแนนเพิ่ม 17 รหัส เท่าเดิม 2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230 ผลรวมผลต่าง 79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11.50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สำหรับเรื่องทักทายและแนะนำตนเอง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ทักทายและแนะนำตนเอง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ให้ผู้เรียนเพื่อนพูด Hello ควรทักกลับอย่างไร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Hello. หรือ Hi.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ให้ผู้เรียนแนะนำว่าตนชื่อ Mali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My name is Mali. หรือ I am Mali.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ให้ผู้เรียนถามชื่อเพื่อนอย่างสุภาพ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What is your name?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ให้ผู้เรียนกล่าวขอบคุณเมื่อได้รับความช่วยเหลือ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Thank you.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ให้ผู้เรียนกล่าวลาเมื่อจบการสนทนา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Goodbye. หรือ Bye.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ทักทายและแนะนำตนเอง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Goodbye. หรือ Bye.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เพื่อนพูด Hello ควรทักกลับอย่างไร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แนะนำว่าตนชื่อ Mali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ถามชื่อเพื่อนอย่างสุภาพ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กล่าวขอบคุณเมื่อได้รับความช่วยเหลือ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กล่าวลาเมื่อจบการสนทนา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กล่าวขอบคุณเมื่อได้รับความช่วยเหลือ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เพื่อนพูด Hello ควรทักกลับอย่างไร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กล่าวลาเมื่อจบการสนทนา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แนะนำว่าตนชื่อ Mali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ถามชื่อเพื่อนอย่างสุภาพ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Hello. หรือ Hi.</w:t>
      </w:r>
    </w:p>
    <w:p>
      <w:pPr>
        <w:pStyle w:val="Heading2"/>
      </w:pPr>
      <w:r>
        <w:t>ประเด็นที่ 2</w:t>
      </w:r>
    </w:p>
    <w:p>
      <w:r>
        <w:t>My name is Mali. หรือ I am Mali.</w:t>
      </w:r>
    </w:p>
    <w:p>
      <w:pPr>
        <w:pStyle w:val="Heading2"/>
      </w:pPr>
      <w:r>
        <w:t>ประเด็นที่ 3</w:t>
      </w:r>
    </w:p>
    <w:p>
      <w:r>
        <w:t>What is your name?</w:t>
      </w:r>
    </w:p>
    <w:p>
      <w:pPr>
        <w:pStyle w:val="Heading2"/>
      </w:pPr>
      <w:r>
        <w:t>ประเด็นที่ 4</w:t>
      </w:r>
    </w:p>
    <w:p>
      <w:r>
        <w:t>Thank you.</w:t>
      </w:r>
    </w:p>
    <w:p>
      <w:pPr>
        <w:pStyle w:val="Heading2"/>
      </w:pPr>
      <w:r>
        <w:t>ประเด็นที่ 5</w:t>
      </w:r>
    </w:p>
    <w:p>
      <w:r>
        <w:t>Goodbye. หรือ Bye.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การพัฒนาการเรียนรู้เรื่องการทักทายและแนะนำตนเองด้วยการฝึกใช้ภาษาในสถานการณ์สื่อสาร</dc:title>
  <dc:subject>ภาษาอังกฤษ ป.1</dc:subject>
  <dc:creator/>
  <cp:keywords/>
  <dc:description>generated by python-docx</dc:description>
  <cp:lastModifiedBy/>
  <cp:revision>1</cp:revision>
  <cp:category/>
</cp:coreProperties>
</file>