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ให้ความเห็นและยกหลักฐานจากข้อความด้วยการฝึกใช้ภาษาในสถานการณ์สื่อสาร</w:t>
      </w:r>
    </w:p>
    <w:p>
      <w:r>
        <w:t>ภาษาอังกฤษ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รายงานตัวอย่างนี้นำเสนอแนวทางพัฒนาให้ความเห็นและยกหลักฐานจากข้อความ ในรายวิชาภาษาอังกฤษ ชั้นม.3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10.45 คะแนน ผลต่างเฉลี่ย 2.90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ให้ความเห็นและยกหลักฐานจากข้อความ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เปรียบเทียบคะแนนความสามารถเรื่องให้ความเห็นและยกหลักฐานจากข้อความ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เนื้อหาเรื่องให้ความเห็นและยกหลักฐานจากข้อความ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อ่าน Mali walks to school because she lives nearby. ทำไมเธอเดิน แนวคิดสำคัญคือ Because she lives nearby.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แยก I think this book is useful. เป็นความเห็นหรือข้อเท็จจริง แนวคิดสำคัญคือ เป็นความเห็น สังเกต I think และคำประเมิน useful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เติม I agree ___ your idea. แนวคิดสำคัญคือ with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เขียนความเห็นว่าห้องสมุดมีประโยชน์พร้อมเหตุผล แนวคิดสำคัญคือ เช่น I think the library is useful because we can read many books.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อ่าน Some students prefer online lessons. สรุปว่าทุกคนชอบได้หรือไม่ แนวคิดสำคัญคือ ไม่ได้ some หมายถึงบางคน ไม่ใช่ทุกคน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สำหรับเรื่องให้ความเห็นและยกหลักฐานจากข้อความ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10.45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2.19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2.90 คะแนนจากคะแนนเต็ม 20 คิดเป็นผลต่างร้อยละคะแนนเต็ม 14.50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209 ผลรวมผลต่าง 58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10.45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สำหรับเรื่องให้ความเห็นและยกหลักฐานจากข้อความ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ให้ความเห็นและยกหลักฐานจากข้อความ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ให้ผู้เรียนอ่าน Mali walks to school because she lives nearby. ทำไมเธอเดิน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Because she lives nearby.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ให้ผู้เรียนแยก I think this book is useful. เป็นความเห็นหรือข้อเท็จจริง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เป็นความเห็น สังเกต I think และคำประเมิน useful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ให้ผู้เรียนเติม I agree ___ your idea.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with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ให้ผู้เรียนเขียนความเห็นว่าห้องสมุดมีประโยชน์พร้อมเหตุผล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I think the library is useful because we can read many books.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ให้ผู้เรียนอ่าน Some students prefer online lessons. สรุปว่าทุกคนชอบได้หรือไม่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ไม่ได้ some หมายถึงบางคน ไม่ใช่ทุกคน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ให้ความเห็นและยกหลักฐานจากข้อความ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ไม่ได้ some หมายถึงบางคน ไม่ใช่ทุกคน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อ่าน Mali walks to school because she lives nearby. ทำไมเธอเดิน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แยก I think this book is useful. เป็นความเห็นหรือข้อเท็จจริง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 I agree ___ your idea.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เขียนความเห็นว่าห้องสมุดมีประโยชน์พร้อมเหตุผล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อ่าน Some students prefer online lessons. สรุปว่าทุกคนชอบได้หรือไม่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เขียนความเห็นว่าห้องสมุดมีประโยชน์พร้อมเหตุผล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 Mali walks to school because she lives nearby. ทำไมเธอเดิน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อ่าน Some students prefer online lessons. สรุปว่าทุกคนชอบได้หรือไม่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แยก I think this book is useful. เป็นความเห็นหรือข้อเท็จจริง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 I agree ___ your idea.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Because she lives nearby.</w:t>
      </w:r>
    </w:p>
    <w:p>
      <w:pPr>
        <w:pStyle w:val="Heading2"/>
      </w:pPr>
      <w:r>
        <w:t>ประเด็นที่ 2</w:t>
      </w:r>
    </w:p>
    <w:p>
      <w:r>
        <w:t>เป็นความเห็น สังเกต I think และคำประเมิน useful</w:t>
      </w:r>
    </w:p>
    <w:p>
      <w:pPr>
        <w:pStyle w:val="Heading2"/>
      </w:pPr>
      <w:r>
        <w:t>ประเด็นที่ 3</w:t>
      </w:r>
    </w:p>
    <w:p>
      <w:r>
        <w:t>with</w:t>
      </w:r>
    </w:p>
    <w:p>
      <w:pPr>
        <w:pStyle w:val="Heading2"/>
      </w:pPr>
      <w:r>
        <w:t>ประเด็นที่ 4</w:t>
      </w:r>
    </w:p>
    <w:p>
      <w:r>
        <w:t>เช่น I think the library is useful because we can read many books.</w:t>
      </w:r>
    </w:p>
    <w:p>
      <w:pPr>
        <w:pStyle w:val="Heading2"/>
      </w:pPr>
      <w:r>
        <w:t>ประเด็นที่ 5</w:t>
      </w:r>
    </w:p>
    <w:p>
      <w:r>
        <w:t>ไม่ได้ some หมายถึงบางคน ไม่ใช่ทุกคน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ให้ความเห็นและยกหลักฐานจากข้อความด้วยการฝึกใช้ภาษาในสถานการณ์สื่อสาร</dc:title>
  <dc:subject>ภาษาอังกฤษ ม.3</dc:subject>
  <dc:creator/>
  <cp:keywords/>
  <dc:description>generated by python-docx</dc:description>
  <cp:lastModifiedBy/>
  <cp:revision>1</cp:revision>
  <cp:category/>
</cp:coreProperties>
</file>