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การพัฒนาการเรียนรู้เรื่องการอ่านเหตุผลและใช้คำเชื่อมด้วยการฝึกใช้ภาษาในสถานการณ์สื่อสาร</w:t>
      </w:r>
    </w:p>
    <w:p>
      <w:r>
        <w:t>ภาษาอังกฤษ  ชั้นม.2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รายงานตัวอย่างนี้นำเสนอแนวทางพัฒนาอ่านเหตุผลและใช้คำเชื่อม ในรายวิชาภาษาอังกฤษ ชั้นม.2 ด้วยการฝึกใช้ภาษาในสถานการณ์สื่อสาร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7.45 และหลังเท่ากับ 11.05 คะแนน ผลต่างเฉลี่ย 3.60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อ่านเหตุผลและใช้คำเชื่อม เป็นประเด็นที่ใช้ฝึกให้ผู้เรียนเชื่อมความรู้กับการทำงานในรายวิชาภาษาอังกฤษ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ในระดับม.2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ผู้เรียนอาจจำคำศัพท์แยกคำแต่เลือกใช้ในข้อความไม่ได้ จึงประเมินการสื่อความหมายและเหตุผลตามบริบท ไม่เน้นสำเนียงเหมือนเจ้าของภาษา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การฝึกใช้ภาษาในสถานการณ์สื่อสาร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อ่านหรือฟังข้อความ เลือกภาษาที่สื่อความหมายตรงบริบท แล้วพูดหรือเขียนตอบ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เปรียบเทียบคะแนนความสามารถเรื่องอ่านเหตุผลและใช้คำเชื่อม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สิ่งที่จัดให้ผู้เรียนคือการฝึกใช้ภาษาในสถานการณ์สื่อสาร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เนื้อหาเรื่องอ่านเหตุผลและใช้คำเชื่อม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เติม I stayed home ___ I was sick. แนวคิดสำคัญคือ because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เติม It rained, ___ we stayed inside. แนวคิดสำคัญคือ so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เติม I was tired, ___ I finished my work. แนวคิดสำคัญคือ but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อธิบายต่างระหว่าง because กับ so แนวคิดสำคัญคือ because นำเหตุ ส่วน so นำผลในรูปประโยคที่ใช้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เชื่อม I studied hard. I passed the test. โดยใช้ so แนวคิดสำคัญคือ I studied hard, so I passed the test.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สำหรับเรื่องอ่านเหตุผลและใช้คำเชื่อม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การฝึกใช้ภาษาในสถานการณ์สื่อสาร → ผู้เรียนเห็นเกณฑ์และตัวอย่าง → ฝึกอ่านหรือฟังข้อความ เลือกภาษาที่สื่อความหมายตรงบริบท แล้วพูดหรือเขียนตอบ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7.45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11.05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2.16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3.22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3.60 คะแนนจากคะแนนเต็ม 20 คิดเป็นผลต่างร้อยละคะแนนเต็ม 18.00 จุดร้อยละ มีรหัสที่คะแนนเพิ่ม 19 รหัส เท่าเดิม 1 รหัส และลดลง 0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149 หลัง 221 ผลรวมผลต่าง 72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7.45 เป็น 11.05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สำหรับเรื่องอ่านเหตุผลและใช้คำเชื่อม ประเด็นที่ควรตรวจคือผู้เรียน อ่านหรือฟังข้อความ เลือกภาษาที่สื่อความหมายตรงบริบท แล้วพูดหรือเขียนตอบ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อ่านเหตุผลและใช้คำเชื่อม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ให้ผู้เรียนเติม I stayed home ___ I was sick.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because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ให้ผู้เรียนเติม It rained, ___ we stayed inside.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so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ให้ผู้เรียนเติม I was tired, ___ I finished my work.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but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ให้ผู้เรียนอธิบายต่างระหว่าง because กับ so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because นำเหตุ ส่วน so นำผลในรูปประโยคที่ใช้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ให้ผู้เรียนเชื่อม I studied hard. I passed the test. โดยใช้ so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I studied hard, so I passed the test.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อ่านเหตุผลและใช้คำเชื่อม แล้วอธิบายความเชื่อมโยงและตรวจคำตอบด้วยตนเอง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I studied hard, so I passed the test.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เติม I stayed home ___ I was sick.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เติม It rained, ___ we stayed inside.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เติม I was tired, ___ I finished my work.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อธิบายต่างระหว่าง because กับ so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เชื่อม I studied hard. I passed the test. โดยใช้ so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อธิบายต่างระหว่าง because กับ so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เติม I stayed home ___ I was sick.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เชื่อม I studied hard. I passed the test. โดยใช้ so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เติม It rained, ___ we stayed inside.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เติม I was tired, ___ I finished my work.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because</w:t>
      </w:r>
    </w:p>
    <w:p>
      <w:pPr>
        <w:pStyle w:val="Heading2"/>
      </w:pPr>
      <w:r>
        <w:t>ประเด็นที่ 2</w:t>
      </w:r>
    </w:p>
    <w:p>
      <w:r>
        <w:t>so</w:t>
      </w:r>
    </w:p>
    <w:p>
      <w:pPr>
        <w:pStyle w:val="Heading2"/>
      </w:pPr>
      <w:r>
        <w:t>ประเด็นที่ 3</w:t>
      </w:r>
    </w:p>
    <w:p>
      <w:r>
        <w:t>but</w:t>
      </w:r>
    </w:p>
    <w:p>
      <w:pPr>
        <w:pStyle w:val="Heading2"/>
      </w:pPr>
      <w:r>
        <w:t>ประเด็นที่ 4</w:t>
      </w:r>
    </w:p>
    <w:p>
      <w:r>
        <w:t>because นำเหตุ ส่วน so นำผลในรูปประโยคที่ใช้</w:t>
      </w:r>
    </w:p>
    <w:p>
      <w:pPr>
        <w:pStyle w:val="Heading2"/>
      </w:pPr>
      <w:r>
        <w:t>ประเด็นที่ 5</w:t>
      </w:r>
    </w:p>
    <w:p>
      <w:r>
        <w:t>I studied hard, so I passed the test.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การพัฒนาการเรียนรู้เรื่องการอ่านเหตุผลและใช้คำเชื่อมด้วยการฝึกใช้ภาษาในสถานการณ์สื่อสาร</dc:title>
  <dc:subject>ภาษาอังกฤษ ม.2</dc:subject>
  <dc:creator/>
  <cp:keywords/>
  <dc:description>generated by python-docx</dc:description>
  <cp:lastModifiedBy/>
  <cp:revision>1</cp:revision>
  <cp:category/>
</cp:coreProperties>
</file>