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เล่าเหตุการณ์อดีตอย่างเป็นลำดับด้วยการฝึกใช้ภาษาในสถานการณ์สื่อสาร</w:t>
      </w:r>
    </w:p>
    <w:p>
      <w:r>
        <w:t>ภาษาอังกฤษ  ชั้นม.1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รายงานตัวอย่างนี้นำเสนอแนวทางพัฒนาเล่าเหตุการณ์อดีตอย่างเป็นลำดับ ในรายวิชาภาษาอังกฤษ ชั้นม.1 ด้วยการฝึกใช้ภาษาในสถานการณ์สื่อสาร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7.30 และหลังเท่ากับ 11.70 คะแนน ผลต่างเฉลี่ย 4.40 คะแนน จำนวนผู้ถึงเกณฑ์เปลี่ยนจาก 0 เป็น 5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เล่าเหตุการณ์อดีตอย่างเป็นลำดับ เป็นประเด็นที่ใช้ฝึกให้ผู้เรียนเชื่อมความรู้กับการทำงานในรายวิชาภาษาอังกฤษ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ในระดับม.1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ผู้เรียนอาจจำคำศัพท์แยกคำแต่เลือกใช้ในข้อความไม่ได้ จึงประเมินการสื่อความหมายและเหตุผลตามบริบท ไม่เน้นสำเนียงเหมือนเจ้าของภาษา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การฝึกใช้ภาษาในสถานการณ์สื่อสาร ทำให้ครูแสดงตัวอย่างวิธีคิด ให้ผู้เรียนฝึกโดยมีข้อมูลย้อนกลับ แล้วลดการช่วยเหลือจนทำเองได้ อ่านหรือฟังข้อความ เลือกภาษาที่สื่อความหมายตรงบริบท แล้วพูดหรือเขียนตอบ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เปรียบเทียบคะแนนความสามารถเรื่องเล่าเหตุการณ์อดีตอย่างเป็นลำดับ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สิ่งที่จัดให้ผู้เรียนคือการฝึกใช้ภาษาในสถานการณ์สื่อสาร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เนื้อหาเรื่องเล่าเหตุการณ์อดีตอย่างเป็นลำดับ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เติม I ___ to school yesterday. โดยใช้ go แนวคิดสำคัญคือ went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เติม She ___ a book last night. โดยใช้ read แนวคิดสำคัญคือ read โดยออกเสียงเป็นอดีต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เติม They ___ happy yesterday. แนวคิดสำคัญคือ were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เรียงคำ yesterday / played / I / football แนวคิดสำคัญคือ I played football yesterday.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เขียนว่าตนไม่ได้ดูโทรทัศน์เมื่อวาน แนวคิดสำคัญคือ I did not watch TV yesterday.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สำหรับเรื่องเล่าเหตุการณ์อดีตอย่างเป็นลำดับ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การฝึกใช้ภาษาในสถานการณ์สื่อสาร → ผู้เรียนเห็นเกณฑ์และตัวอย่าง → ฝึกอ่านหรือฟังข้อความ เลือกภาษาที่สื่อความหมายตรงบริบท แล้วพูดหรือเขียนตอบ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7.30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11.70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1.84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2.79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 ถึง 17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4.40 คะแนนจากคะแนนเต็ม 20 คิดเป็นผลต่างร้อยละคะแนนเต็ม 22.00 จุดร้อยละ มีรหัสที่คะแนนเพิ่ม 18 รหัส เท่าเดิม 1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146 หลัง 234 ผลรวมผลต่าง 88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7.30 เป็น 11.70 คะแนน มีรหัสถึงเกณฑ์หลัง 5 จาก 20 รหัส และยังไม่ถึง 15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สำหรับเรื่องเล่าเหตุการณ์อดีตอย่างเป็นลำดับ ประเด็นที่ควรตรวจคือผู้เรียน อ่านหรือฟังข้อความ เลือกภาษาที่สื่อความหมายตรงบริบท แล้วพูดหรือเขียนตอบ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เล่าเหตุการณ์อดีตอย่างเป็นลำดับ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ให้ผู้เรียนเติม I ___ to school yesterday. โดยใช้ go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went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ให้ผู้เรียนเติม She ___ a book last night. โดยใช้ read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read โดยออกเสียงเป็นอดีต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ให้ผู้เรียนเติม They ___ happy yesterday.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were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ให้ผู้เรียนเรียงคำ yesterday / played / I / football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I played football yesterday.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ให้ผู้เรียนเขียนว่าตนไม่ได้ดูโทรทัศน์เมื่อวาน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I did not watch TV yesterday.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เล่าเหตุการณ์อดีตอย่างเป็นลำดับ แล้วอธิบายความเชื่อมโยงและตรวจคำตอบด้วยตนเอง สื่อ บัตรคำ บทสนทนาสั้น กระดาษ และภาพที่ครูเตรียม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อ่านหรือฟังข้อความ เลือกภาษาที่สื่อความหมายตรงบริบท แล้วพูดหรือเขียนตอบ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I did not watch TV yesterday.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เติม I ___ to school yesterday. โดยใช้ go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เติม She ___ a book last night. โดยใช้ read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เติม They ___ happy yesterday.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เรียงคำ yesterday / played / I / football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เขียนว่าตนไม่ได้ดูโทรทัศน์เมื่อวาน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เรียงคำ yesterday / played / I / football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เติม I ___ to school yesterday. โดยใช้ go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เขียนว่าตนไม่ได้ดูโทรทัศน์เมื่อวาน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เติม She ___ a book last night. โดยใช้ read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เติม They ___ happy yesterday.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went</w:t>
      </w:r>
    </w:p>
    <w:p>
      <w:pPr>
        <w:pStyle w:val="Heading2"/>
      </w:pPr>
      <w:r>
        <w:t>ประเด็นที่ 2</w:t>
      </w:r>
    </w:p>
    <w:p>
      <w:r>
        <w:t>read โดยออกเสียงเป็นอดีต</w:t>
      </w:r>
    </w:p>
    <w:p>
      <w:pPr>
        <w:pStyle w:val="Heading2"/>
      </w:pPr>
      <w:r>
        <w:t>ประเด็นที่ 3</w:t>
      </w:r>
    </w:p>
    <w:p>
      <w:r>
        <w:t>were</w:t>
      </w:r>
    </w:p>
    <w:p>
      <w:pPr>
        <w:pStyle w:val="Heading2"/>
      </w:pPr>
      <w:r>
        <w:t>ประเด็นที่ 4</w:t>
      </w:r>
    </w:p>
    <w:p>
      <w:r>
        <w:t>I played football yesterday.</w:t>
      </w:r>
    </w:p>
    <w:p>
      <w:pPr>
        <w:pStyle w:val="Heading2"/>
      </w:pPr>
      <w:r>
        <w:t>ประเด็นที่ 5</w:t>
      </w:r>
    </w:p>
    <w:p>
      <w:r>
        <w:t>I did not watch TV yesterday.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เล่าเหตุการณ์อดีตอย่างเป็นลำดับด้วยการฝึกใช้ภาษาในสถานการณ์สื่อสาร</dc:title>
  <dc:subject>ภาษาอังกฤษ ม.1</dc:subject>
  <dc:creator/>
  <cp:keywords/>
  <dc:description>generated by python-docx</dc:description>
  <cp:lastModifiedBy/>
  <cp:revision>1</cp:revision>
  <cp:category/>
</cp:coreProperties>
</file>