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จัดลำดับงานและตรวจคุณภาพผลิตภัณฑ์ด้วยการวางแผนลงมือทำและตรวจคุณภาพงาน</w:t>
      </w:r>
    </w:p>
    <w:p>
      <w:r>
        <w:t>การงานอาชีพ  ชั้นป.6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รายงานตัวอย่างนี้นำเสนอแนวทางพัฒนาจัดลำดับงานและตรวจคุณภาพผลิตภัณฑ์ ในรายวิชาการงานอาชีพ ชั้นป.6 ด้วยการวางแผนลงมือทำและตรวจคุณภาพงาน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7.10 และหลังเท่ากับ 10.65 คะแนน ผลต่างเฉลี่ย 3.55 คะแนน จำนวนผู้ถึงเกณฑ์เปลี่ยนจาก 0 เป็น 2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จัดลำดับงานและตรวจคุณภาพผลิตภัณฑ์ เป็นประเด็นที่ใช้ฝึกให้ผู้เรียนเชื่อมความรู้กับการทำงานในรายวิชาการงานอาชีพ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ในระดับป.6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การทำตามเพื่อนอาจทำให้งานสำเร็จโดยยังวางแผนเองไม่ได้ จึงต้องให้ผู้เรียนอธิบายลำดับงาน เหตุผลการเลือกเครื่องมือ และการตรวจผล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การวางแผนลงมือทำและตรวจคุณภาพงาน ทำให้ครูแสดงตัวอย่างวิธีคิด ให้ผู้เรียนฝึกโดยมีข้อมูลย้อนกลับ แล้วลดการช่วยเหลือจนทำเองได้ กำหนดเป้าหมาย วางลำดับ เลือกทรัพยากร ทำงานปลอดภัย และตรวจปรับผลงาน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เปรียบเทียบคะแนนความสามารถเรื่องจัดลำดับงานและตรวจคุณภาพผลิตภัณฑ์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สิ่งที่จัดให้ผู้เรียนคือการวางแผนลงมือทำและตรวจคุณภาพงาน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เนื้อหาเรื่องจัดลำดับงานและตรวจคุณภาพผลิตภัณฑ์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มีงานวัด ตัด ประกอบ ตรวจ ควรเรียงอย่างไร แนวคิดสำคัญคือ วัด ตัด ประกอบ ตรวจ โดยตรวจระหว่างขั้นได้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ตัดก่อนตรวจขนาดมีความเสี่ยงอะไร แนวคิดสำคัญคือ ขนาดผิดและสิ้นเปลืองวัสดุ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กำหนดเกณฑ์คุณภาพสามด้าน แนวคิดสำคัญคือ เช่น ขนาดตามแบบ ใช้งานได้ และไม่มีส่วนอันตราย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แบ่งงานแล้วส่วนประกอบไม่เข้ากันป้องกันอย่างไร แนวคิดสำคัญคือ ตกลงแบบ ขนาด และจุดตรวจร่วมกัน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งานเสร็จช้าควรทบทวนอะไร แนวคิดสำคัญคือ ขั้นที่ติดขัด ทรัพยากร และการแบ่งหน้าที่ ไม่โทษคนอย่างเดียว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สำหรับเรื่องจัดลำดับงานและตรวจคุณภาพผลิตภัณฑ์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การวางแผนลงมือทำและตรวจคุณภาพงาน → ผู้เรียนเห็นเกณฑ์และตัวอย่าง → ฝึกกำหนดเป้าหมาย วางลำดับ เลือกทรัพยากร ทำงานปลอดภัย และตรวจปรับผลงาน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10.65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1.92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2.11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 ถึง 14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3.55 คะแนนจากคะแนนเต็ม 20 คิดเป็นผลต่างร้อยละคะแนนเต็ม 17.75 จุดร้อยละ มีรหัสที่คะแนนเพิ่ม 18 รหัส เท่าเดิม 1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142 หลัง 213 ผลรวมผลต่าง 71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7.10 เป็น 10.65 คะแนน มีรหัสถึงเกณฑ์หลัง 2 จาก 20 รหัส และยังไม่ถึง 18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สำหรับเรื่องจัดลำดับงานและตรวจคุณภาพผลิตภัณฑ์ ประเด็นที่ควรตรวจคือผู้เรียน กำหนดเป้าหมาย วางลำดับ เลือกทรัพยากร ทำงานปลอดภัย และตรวจปรับผลงาน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จัดลำดับงานและตรวจคุณภาพผลิตภัณฑ์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ให้ผู้เรียนมีงานวัด ตัด ประกอบ ตรวจ ควรเรียงอย่างไร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วัด ตัด ประกอบ ตรวจ โดยตรวจระหว่างขั้นได้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ให้ผู้เรียนตัดก่อนตรวจขนาดมีความเสี่ยงอะไร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ขนาดผิดและสิ้นเปลืองวัสดุ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ให้ผู้เรียนกำหนดเกณฑ์คุณภาพสามด้าน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เช่น ขนาดตามแบบ ใช้งานได้ และไม่มีส่วนอันตราย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ให้ผู้เรียนแบ่งงานแล้วส่วนประกอบไม่เข้ากันป้องกันอย่างไร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ตกลงแบบ ขนาด และจุดตรวจร่วมกัน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ให้ผู้เรียนงานเสร็จช้าควรทบทวนอะไร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ขั้นที่ติดขัด ทรัพยากร และการแบ่งหน้าที่ ไม่โทษคนอย่างเดียว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จัดลำดับงานและตรวจคุณภาพผลิตภัณฑ์ แล้วอธิบายความเชื่อมโยงและตรวจคำตอบด้วยตนเอง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ขั้นที่ติดขัด ทรัพยากร และการแบ่งหน้าที่ ไม่โทษคนอย่างเดียว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มีงานวัด ตัด ประกอบ ตรวจ ควรเรียงอย่างไร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ตัดก่อนตรวจขนาดมีความเสี่ยงอะไร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กำหนดเกณฑ์คุณภาพสามด้าน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แบ่งงานแล้วส่วนประกอบไม่เข้ากันป้องกันอย่างไร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งานเสร็จช้าควรทบทวนอะไร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แบ่งงานแล้วส่วนประกอบไม่เข้ากันป้องกันอย่างไร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มีงานวัด ตัด ประกอบ ตรวจ ควรเรียงอย่างไร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งานเสร็จช้าควรทบทวนอะไร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ตัดก่อนตรวจขนาดมีความเสี่ยงอะไร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กำหนดเกณฑ์คุณภาพสามด้าน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วัด ตัด ประกอบ ตรวจ โดยตรวจระหว่างขั้นได้</w:t>
      </w:r>
    </w:p>
    <w:p>
      <w:pPr>
        <w:pStyle w:val="Heading2"/>
      </w:pPr>
      <w:r>
        <w:t>ประเด็นที่ 2</w:t>
      </w:r>
    </w:p>
    <w:p>
      <w:r>
        <w:t>ขนาดผิดและสิ้นเปลืองวัสดุ</w:t>
      </w:r>
    </w:p>
    <w:p>
      <w:pPr>
        <w:pStyle w:val="Heading2"/>
      </w:pPr>
      <w:r>
        <w:t>ประเด็นที่ 3</w:t>
      </w:r>
    </w:p>
    <w:p>
      <w:r>
        <w:t>เช่น ขนาดตามแบบ ใช้งานได้ และไม่มีส่วนอันตราย</w:t>
      </w:r>
    </w:p>
    <w:p>
      <w:pPr>
        <w:pStyle w:val="Heading2"/>
      </w:pPr>
      <w:r>
        <w:t>ประเด็นที่ 4</w:t>
      </w:r>
    </w:p>
    <w:p>
      <w:r>
        <w:t>ตกลงแบบ ขนาด และจุดตรวจร่วมกัน</w:t>
      </w:r>
    </w:p>
    <w:p>
      <w:pPr>
        <w:pStyle w:val="Heading2"/>
      </w:pPr>
      <w:r>
        <w:t>ประเด็นที่ 5</w:t>
      </w:r>
    </w:p>
    <w:p>
      <w:r>
        <w:t>ขั้นที่ติดขัด ทรัพยากร และการแบ่งหน้าที่ ไม่โทษคนอย่างเดียว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จัดลำดับงานและตรวจคุณภาพผลิตภัณฑ์ด้วยการวางแผนลงมือทำและตรวจคุณภาพงาน</dc:title>
  <dc:subject>การงานอาชีพ ป.6</dc:subject>
  <dc:creator/>
  <cp:keywords/>
  <dc:description>generated by python-docx</dc:description>
  <cp:lastModifiedBy/>
  <cp:revision>1</cp:revision>
  <cp:category/>
</cp:coreProperties>
</file>