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ทำชิ้นงานจากวัสดุใช้ซ้ำอย่างปลอดภัยด้วยการวางแผนลงมือทำและตรวจคุณภาพงาน</w:t>
      </w:r>
    </w:p>
    <w:p>
      <w:r>
        <w:t>การงานอาชีพ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รายงานตัวอย่างนี้นำเสนอแนวทางพัฒนาทำชิ้นงานจากวัสดุใช้ซ้ำอย่างปลอดภัย ในรายวิชาการงานอาชีพ ชั้นป.4 ด้วยการวางแผนลงมือทำและตรวจคุณภาพงาน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7.85 และหลังเท่ากับ 12.05 คะแนน ผลต่างเฉลี่ย 4.20 คะแนน จำนวนผู้ถึงเกณฑ์เปลี่ยนจาก 0 เป็น 6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ทำชิ้นงานจากวัสดุใช้ซ้ำอย่างปลอดภัย เป็นประเด็นที่ใช้ฝึกให้ผู้เรียนเชื่อมความรู้กับการทำงานในรายวิชาการงานอาชีพ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การทำตามเพื่อนอาจทำให้งานสำเร็จโดยยังวางแผนเองไม่ได้ จึงต้องให้ผู้เรียนอธิบายลำดับงาน เหตุผลการเลือกเครื่องมือ และการตรวจผล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การวางแผนลงมือทำและตรวจคุณภาพงาน ทำให้ครูแสดงตัวอย่างวิธีคิด ให้ผู้เรียนฝึกโดยมีข้อมูลย้อนกลับ แล้วลดการช่วยเหลือจนทำเองได้ กำหนดเป้าหมาย วางลำดับ เลือกทรัพยากร ทำงานปลอดภัย และตรวจปรับผลงาน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เปรียบเทียบคะแนนความสามารถเรื่องทำชิ้นงานจากวัสดุใช้ซ้ำอย่างปลอดภัย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สิ่งที่จัดให้ผู้เรียนคือการวางแผนลงมือทำและตรวจคุณภาพงาน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เนื้อหาเรื่องทำชิ้นงานจากวัสดุใช้ซ้ำอย่างปลอดภัย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เลือกวัสดุใช้ซ้ำต้องดูอะไร แนวคิดสำคัญคือ สะอาด แข็งแรง และไม่มีสารหรือส่วนคมอันตราย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ร่างกล่องใส่ดินสอต้องกำหนดอะไร แนวคิดสำคัญคือ ขนาด ความจุ ความมั่นคง และวัสดุ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ก่อนตัดวัสดุควรทำอะไร แนวคิดสำคัญคือ วัดทำเครื่องหมายและใช้อุปกรณ์ตามครูดูแล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กล่องล้มง่ายต้องปรับส่วนใด แนวคิดสำคัญคือ พิจารณาฐาน น้ำหนัก และความสูงตามผลทดลอง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ชิ้นงานดีเพียงสวยพอหรือไม่ แนวคิดสำคัญคือ ต้องใช้งานได้ ปลอดภัย และตรงจุดประสงค์ด้วย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สำหรับเรื่องทำชิ้นงานจากวัสดุใช้ซ้ำอย่างปลอดภัย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การวางแผนลงมือทำและตรวจคุณภาพงาน → ผู้เรียนเห็นเกณฑ์และตัวอย่าง → ฝึกกำหนดเป้าหมาย วางลำดับ เลือกทรัพยากร ทำงานปลอดภัย และตรวจปรับผลงาน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7.85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12.05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1.73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2.19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4.20 คะแนนจากคะแนนเต็ม 20 คิดเป็นผลต่างร้อยละคะแนนเต็ม 21.00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157 หลัง 241 ผลรวมผลต่าง 84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7.85 เป็น 12.05 คะแนน มีรหัสถึงเกณฑ์หลัง 6 จาก 20 รหัส และยังไม่ถึง 14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สำหรับเรื่องทำชิ้นงานจากวัสดุใช้ซ้ำอย่างปลอดภัย ประเด็นที่ควรตรวจคือผู้เรียน กำหนดเป้าหมาย วางลำดับ เลือกทรัพยากร ทำงานปลอดภัย และตรวจปรับผลงาน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ทำชิ้นงานจากวัสดุใช้ซ้ำอย่างปลอดภัย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ให้ผู้เรียนเลือกวัสดุใช้ซ้ำต้องดูอะไร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สะอาด แข็งแรง และไม่มีสารหรือส่วนคมอันตราย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ให้ผู้เรียนร่างกล่องใส่ดินสอต้องกำหนดอะไร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ขนาด ความจุ ความมั่นคง และวัสดุ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ให้ผู้เรียนก่อนตัดวัสดุควรทำอะไร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วัดทำเครื่องหมายและใช้อุปกรณ์ตามครูดูแล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ให้ผู้เรียนกล่องล้มง่ายต้องปรับส่วนใด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พิจารณาฐาน น้ำหนัก และความสูงตามผลทดลอง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ให้ผู้เรียนชิ้นงานดีเพียงสวยพอหรือไม่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ต้องใช้งานได้ ปลอดภัย และตรงจุดประสงค์ด้วย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ทำชิ้นงานจากวัสดุใช้ซ้ำอย่างปลอดภัย แล้วอธิบายความเชื่อมโยงและตรวจคำตอบด้วยตนเอง สื่อ กระดาษ วัสดุใช้ซ้ำสะอาด อุปกรณ์ปลอดภัย และแบบตรวจงาน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กำหนดเป้าหมาย วางลำดับ เลือกทรัพยากร ทำงานปลอดภัย และตรวจปรับผลงาน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ต้องใช้งานได้ ปลอดภัย และตรงจุดประสงค์ด้วย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เลือกวัสดุใช้ซ้ำต้องดูอะไร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ร่างกล่องใส่ดินสอต้องกำหนดอะไร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ก่อนตัดวัสดุควรทำอะไร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กล่องล้มง่ายต้องปรับส่วนใด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ชิ้นงานดีเพียงสวยพอหรือไม่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กล่องล้มง่ายต้องปรับส่วนใด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เลือกวัสดุใช้ซ้ำต้องดูอะไร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ชิ้นงานดีเพียงสวยพอหรือไม่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ร่างกล่องใส่ดินสอต้องกำหนดอะไร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ก่อนตัดวัสดุควรทำอะไร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สะอาด แข็งแรง และไม่มีสารหรือส่วนคมอันตราย</w:t>
      </w:r>
    </w:p>
    <w:p>
      <w:pPr>
        <w:pStyle w:val="Heading2"/>
      </w:pPr>
      <w:r>
        <w:t>ประเด็นที่ 2</w:t>
      </w:r>
    </w:p>
    <w:p>
      <w:r>
        <w:t>ขนาด ความจุ ความมั่นคง และวัสดุ</w:t>
      </w:r>
    </w:p>
    <w:p>
      <w:pPr>
        <w:pStyle w:val="Heading2"/>
      </w:pPr>
      <w:r>
        <w:t>ประเด็นที่ 3</w:t>
      </w:r>
    </w:p>
    <w:p>
      <w:r>
        <w:t>วัดทำเครื่องหมายและใช้อุปกรณ์ตามครูดูแล</w:t>
      </w:r>
    </w:p>
    <w:p>
      <w:pPr>
        <w:pStyle w:val="Heading2"/>
      </w:pPr>
      <w:r>
        <w:t>ประเด็นที่ 4</w:t>
      </w:r>
    </w:p>
    <w:p>
      <w:r>
        <w:t>พิจารณาฐาน น้ำหนัก และความสูงตามผลทดลอง</w:t>
      </w:r>
    </w:p>
    <w:p>
      <w:pPr>
        <w:pStyle w:val="Heading2"/>
      </w:pPr>
      <w:r>
        <w:t>ประเด็นที่ 5</w:t>
      </w:r>
    </w:p>
    <w:p>
      <w:r>
        <w:t>ต้องใช้งานได้ ปลอดภัย และตรงจุดประสงค์ด้วย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ทำชิ้นงานจากวัสดุใช้ซ้ำอย่างปลอดภัยด้วยการวางแผนลงมือทำและตรวจคุณภาพงาน</dc:title>
  <dc:subject>การงานอาชีพ ป.4</dc:subject>
  <dc:creator/>
  <cp:keywords/>
  <dc:description>generated by python-docx</dc:description>
  <cp:lastModifiedBy/>
  <cp:revision>1</cp:revision>
  <cp:category/>
</cp:coreProperties>
</file>