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เลือกอุปกรณ์และดูแลพื้นที่ทำงานด้วยการวางแผนลงมือทำและตรวจคุณภาพงาน</w:t>
      </w:r>
    </w:p>
    <w:p>
      <w:r>
        <w:t>การงานอาชีพ  ชั้นป.2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รายงานตัวอย่างนี้นำเสนอแนวทางพัฒนาเลือกอุปกรณ์และดูแลพื้นที่ทำงาน ในรายวิชาการงานอาชีพ ชั้นป.2 ด้วยการวางแผนลงมือทำและตรวจคุณภาพงาน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7.20 และหลังเท่ากับ 10.90 คะแนน ผลต่างเฉลี่ย 3.70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เลือกอุปกรณ์และดูแลพื้นที่ทำงาน เป็นประเด็นที่ใช้ฝึกให้ผู้เรียนเชื่อมความรู้กับการทำงานในรายวิชาการงานอาชีพ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ในระดับป.2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การทำตามเพื่อนอาจทำให้งานสำเร็จโดยยังวางแผนเองไม่ได้ จึงต้องให้ผู้เรียนอธิบายลำดับงาน เหตุผลการเลือกเครื่องมือ และการตรวจผล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การวางแผนลงมือทำและตรวจคุณภาพงาน ทำให้ครูแสดงตัวอย่างวิธีคิด ให้ผู้เรียนฝึกโดยมีข้อมูลย้อนกลับ แล้วลดการช่วยเหลือจนทำเองได้ กำหนดเป้าหมาย วางลำดับ เลือกทรัพยากร ทำงานปลอดภัย และตรวจปรับผลงาน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เปรียบเทียบคะแนนความสามารถเรื่องเลือกอุปกรณ์และดูแลพื้นที่ทำงาน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สิ่งที่จัดให้ผู้เรียนคือการวางแผนลงมือทำและตรวจคุณภาพงาน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เนื้อหาเรื่องเลือกอุปกรณ์และดูแลพื้นที่ทำงาน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เช็ดโต๊ะควรเตรียมอะไร แนวคิดสำคัญคือ ผ้าสะอาดและอุปกรณ์ที่ครูอนุญาต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น้ำหกใกล้ปลั๊กควรทำอย่างไร แนวคิดสำคัญคือ ไม่แตะและเรียกผู้ใหญ่จัดการ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ใช้ผ้าผืนเดียวเช็ดพื้นแล้วโต๊ะอาหารเหมาะหรือไม่ แนวคิดสำคัญคือ ไม่เหมาะ ต้องแยกตามความสะอาด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งานกลุ่มต้องแบ่งหน้าที่อย่างไร แนวคิดสำคัญคือ ตามความพร้อมและตรวจว่าทุกคนเข้าใจงาน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เมื่อเสร็จงานต้องตรวจอะไร แนวคิดสำคัญคือ ความสะอาด ความปลอดภัย และเก็บอุปกรณ์เข้าที่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สำหรับเรื่องเลือกอุปกรณ์และดูแลพื้นที่ทำงาน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การวางแผนลงมือทำและตรวจคุณภาพงาน → ผู้เรียนเห็นเกณฑ์และตัวอย่าง → ฝึกกำหนดเป้าหมาย วางลำดับ เลือกทรัพยากร ทำงานปลอดภัย และตรวจปรับผลงาน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10.90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2.35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2.51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3.70 คะแนนจากคะแนนเต็ม 20 คิดเป็นผลต่างร้อยละคะแนนเต็ม 18.50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144 หลัง 218 ผลรวมผลต่าง 74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7.20 เป็น 10.90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สำหรับเรื่องเลือกอุปกรณ์และดูแลพื้นที่ทำงาน ประเด็นที่ควรตรวจคือผู้เรียน กำหนดเป้าหมาย วางลำดับ เลือกทรัพยากร ทำงานปลอดภัย และตรวจปรับผลงาน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เลือกอุปกรณ์และดูแลพื้นที่ทำงาน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ให้ผู้เรียนเช็ดโต๊ะควรเตรียมอะไร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ผ้าสะอาดและอุปกรณ์ที่ครูอนุญาต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ให้ผู้เรียนน้ำหกใกล้ปลั๊กควรทำอย่างไร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ไม่แตะและเรียกผู้ใหญ่จัดการ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ให้ผู้เรียนใช้ผ้าผืนเดียวเช็ดพื้นแล้วโต๊ะอาหารเหมาะหรือไม่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ไม่เหมาะ ต้องแยกตามความสะอาด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ให้ผู้เรียนงานกลุ่มต้องแบ่งหน้าที่อย่างไร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ตามความพร้อมและตรวจว่าทุกคนเข้าใจงาน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ให้ผู้เรียนเมื่อเสร็จงานต้องตรวจอะไร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ความสะอาด ความปลอดภัย และเก็บอุปกรณ์เข้าที่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เลือกอุปกรณ์และดูแลพื้นที่ทำงาน แล้วอธิบายความเชื่อมโยงและตรวจคำตอบด้วยตนเอง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ความสะอาด ความปลอดภัย และเก็บอุปกรณ์เข้าที่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เช็ดโต๊ะควรเตรียมอะไร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น้ำหกใกล้ปลั๊กควรทำอย่างไร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ใช้ผ้าผืนเดียวเช็ดพื้นแล้วโต๊ะอาหารเหมาะหรือไม่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งานกลุ่มต้องแบ่งหน้าที่อย่างไร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เมื่อเสร็จงานต้องตรวจอะไร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งานกลุ่มต้องแบ่งหน้าที่อย่างไร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เช็ดโต๊ะควรเตรียมอะไร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เมื่อเสร็จงานต้องตรวจอะไร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น้ำหกใกล้ปลั๊กควรทำอย่างไร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ใช้ผ้าผืนเดียวเช็ดพื้นแล้วโต๊ะอาหารเหมาะหรือไม่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ผ้าสะอาดและอุปกรณ์ที่ครูอนุญาต</w:t>
      </w:r>
    </w:p>
    <w:p>
      <w:pPr>
        <w:pStyle w:val="Heading2"/>
      </w:pPr>
      <w:r>
        <w:t>ประเด็นที่ 2</w:t>
      </w:r>
    </w:p>
    <w:p>
      <w:r>
        <w:t>ไม่แตะและเรียกผู้ใหญ่จัดการ</w:t>
      </w:r>
    </w:p>
    <w:p>
      <w:pPr>
        <w:pStyle w:val="Heading2"/>
      </w:pPr>
      <w:r>
        <w:t>ประเด็นที่ 3</w:t>
      </w:r>
    </w:p>
    <w:p>
      <w:r>
        <w:t>ไม่เหมาะ ต้องแยกตามความสะอาด</w:t>
      </w:r>
    </w:p>
    <w:p>
      <w:pPr>
        <w:pStyle w:val="Heading2"/>
      </w:pPr>
      <w:r>
        <w:t>ประเด็นที่ 4</w:t>
      </w:r>
    </w:p>
    <w:p>
      <w:r>
        <w:t>ตามความพร้อมและตรวจว่าทุกคนเข้าใจงาน</w:t>
      </w:r>
    </w:p>
    <w:p>
      <w:pPr>
        <w:pStyle w:val="Heading2"/>
      </w:pPr>
      <w:r>
        <w:t>ประเด็นที่ 5</w:t>
      </w:r>
    </w:p>
    <w:p>
      <w:r>
        <w:t>ความสะอาด ความปลอดภัย และเก็บอุปกรณ์เข้าที่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เลือกอุปกรณ์และดูแลพื้นที่ทำงานด้วยการวางแผนลงมือทำและตรวจคุณภาพงาน</dc:title>
  <dc:subject>การงานอาชีพ ป.2</dc:subject>
  <dc:creator/>
  <cp:keywords/>
  <dc:description>generated by python-docx</dc:description>
  <cp:lastModifiedBy/>
  <cp:revision>1</cp:revision>
  <cp:category/>
</cp:coreProperties>
</file>