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างแผนโครงงานอาชีพอย่างรับผิดชอบด้วยการวางแผนลงมือทำและตรวจคุณภาพงาน</w:t>
      </w:r>
    </w:p>
    <w:p>
      <w:r>
        <w:t>การงานอาชีพ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รายงานตัวอย่างนี้นำเสนอแนวทางพัฒนาวางแผนโครงงานอาชีพอย่างรับผิดชอบ ในรายวิชาการงานอาชีพ ชั้นม.3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6.65 และหลังเท่ากับ 10.20 คะแนน ผลต่างเฉลี่ย 3.55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วางแผนโครงงานอาชีพอย่างรับผิดชอบ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เปรียบเทียบคะแนนความสามารถเรื่องวางแผนโครงงานอาชีพอย่างรับผิดชอบ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เนื้อหาเรื่องวางแผนโครงงานอาชีพอย่างรับผิดชอบ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ตั้งราคาจากต้นทุนวัสดุอย่างเดียวพอหรือไม่ แนวคิดสำคัญคือ ไม่พอ ต้องดูเวลา ค่าใช้จ่ายอื่น ความเสี่ยง และคุณค่า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เงินรับทั้งหมดคือกำไรหรือไม่ แนวคิดสำคัญคือ ไม่ใช่ ต้องหักต้นทุนที่เกี่ยวข้อง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รับคำสั่งซื้อเกินกำลังมีผลอย่างไร แนวคิดสำคัญคือ ส่งล่าช้า คุณภาพลด และกระทบความน่าเชื่อถือ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โฆษณางานอย่างรับผิดชอบทำอย่างไร แนวคิดสำคัญคือ บอกคุณสมบัติจริง ข้อจำกัด ราคาและเงื่อนไขชัด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จะสรุปว่าโครงงานควรทำต่อจากอะไร แนวคิดสำคัญคือ ข้อมูลต้นทุน คุณภาพ ความต้องการ ภาระงาน และผลกระทบ ไม่ดูยอดขายอย่างเดียว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สำหรับเรื่องวางแผนโครงงานอาชีพอย่างรับผิดชอบ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6.65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2.89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3.55 คะแนนจากคะแนนเต็ม 20 คิดเป็นผลต่างร้อยละคะแนนเต็ม 17.75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133 หลัง 204 ผลรวมผลต่าง 71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6.65 เป็น 10.20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สำหรับเรื่องวางแผนโครงงานอาชีพอย่างรับผิดชอบ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วางแผนโครงงานอาชีพอย่างรับผิดชอบ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ให้ผู้เรียนตั้งราคาจากต้นทุนวัสดุอย่างเดียวพอหรือไม่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ไม่พอ ต้องดูเวลา ค่าใช้จ่ายอื่น ความเสี่ยง และคุณค่า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ให้ผู้เรียนเงินรับทั้งหมดคือกำไรหรือไม่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ไม่ใช่ ต้องหักต้นทุนที่เกี่ยวข้อง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ให้ผู้เรียนรับคำสั่งซื้อเกินกำลังมีผลอย่างไร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ส่งล่าช้า คุณภาพลด และกระทบความน่าเชื่อถือ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ให้ผู้เรียนโฆษณางานอย่างรับผิดชอบทำอย่างไร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บอกคุณสมบัติจริง ข้อจำกัด ราคาและเงื่อนไขชัด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ให้ผู้เรียนจะสรุปว่าโครงงานควรทำต่อจากอะไร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ข้อมูลต้นทุน คุณภาพ ความต้องการ ภาระงาน และผลกระทบ ไม่ดูยอดขายอย่างเดียว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วางแผนโครงงานอาชีพอย่างรับผิดชอบ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ข้อมูลต้นทุน คุณภาพ ความต้องการ ภาระงาน และผลกระทบ ไม่ดูยอดขายอย่างเดียว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ตั้งราคาจากต้นทุนวัสดุอย่างเดียวพอหรือไม่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เงินรับทั้งหมดคือกำไรหรือไม่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รับคำสั่งซื้อเกินกำลังมีผลอย่างไร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โฆษณางานอย่างรับผิดชอบทำอย่างไร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จะสรุปว่าโครงงานควรทำต่อจากอะไร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โฆษณางานอย่างรับผิดชอบทำอย่างไร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ตั้งราคาจากต้นทุนวัสดุอย่างเดียวพอหรือไม่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จะสรุปว่าโครงงานควรทำต่อจากอะไร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เงินรับทั้งหมดคือกำไรหรือไม่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รับคำสั่งซื้อเกินกำลังมีผลอย่างไร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ไม่พอ ต้องดูเวลา ค่าใช้จ่ายอื่น ความเสี่ยง และคุณค่า</w:t>
      </w:r>
    </w:p>
    <w:p>
      <w:pPr>
        <w:pStyle w:val="Heading2"/>
      </w:pPr>
      <w:r>
        <w:t>ประเด็นที่ 2</w:t>
      </w:r>
    </w:p>
    <w:p>
      <w:r>
        <w:t>ไม่ใช่ ต้องหักต้นทุนที่เกี่ยวข้อง</w:t>
      </w:r>
    </w:p>
    <w:p>
      <w:pPr>
        <w:pStyle w:val="Heading2"/>
      </w:pPr>
      <w:r>
        <w:t>ประเด็นที่ 3</w:t>
      </w:r>
    </w:p>
    <w:p>
      <w:r>
        <w:t>ส่งล่าช้า คุณภาพลด และกระทบความน่าเชื่อถือ</w:t>
      </w:r>
    </w:p>
    <w:p>
      <w:pPr>
        <w:pStyle w:val="Heading2"/>
      </w:pPr>
      <w:r>
        <w:t>ประเด็นที่ 4</w:t>
      </w:r>
    </w:p>
    <w:p>
      <w:r>
        <w:t>บอกคุณสมบัติจริง ข้อจำกัด ราคาและเงื่อนไขชัด</w:t>
      </w:r>
    </w:p>
    <w:p>
      <w:pPr>
        <w:pStyle w:val="Heading2"/>
      </w:pPr>
      <w:r>
        <w:t>ประเด็นที่ 5</w:t>
      </w:r>
    </w:p>
    <w:p>
      <w:r>
        <w:t>ข้อมูลต้นทุน คุณภาพ ความต้องการ ภาระงาน และผลกระทบ ไม่ดูยอดขายอย่างเดียว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างแผนโครงงานอาชีพอย่างรับผิดชอบด้วยการวางแผนลงมือทำและตรวจคุณภาพงาน</dc:title>
  <dc:subject>การงานอาชีพ ม.3</dc:subject>
  <dc:creator/>
  <cp:keywords/>
  <dc:description>generated by python-docx</dc:description>
  <cp:lastModifiedBy/>
  <cp:revision>1</cp:revision>
  <cp:category/>
</cp:coreProperties>
</file>