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การพัฒนาการเรียนรู้เรื่องการออกแบบภาพด้วยสีอุ่นและสีเย็นด้วยการสร้างชิ้นงานและสะท้อนกระบวนการ</w:t>
      </w:r>
    </w:p>
    <w:p>
      <w:r>
        <w:t>ศิลปะ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รายงานตัวอย่างนี้นำเสนอแนวทางพัฒนาออกแบบภาพด้วยสีอุ่นและสีเย็น ในรายวิชาศิลปะ ชั้นป.4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7.95 และหลังเท่ากับ 11.40 คะแนน ผลต่างเฉลี่ย 3.45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ออกแบบภาพด้วยสีอุ่นและสีเย็น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เปรียบเทียบคะแนนความสามารถเรื่องออกแบบภาพด้วยสีอุ่นและสีเย็น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เนื้อหาเรื่องออกแบบภาพด้วยสีอุ่นและสีเย็น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ยกสีอุ่นและสีเย็นอย่างละตัวอย่าง แนวคิดสำคัญคือ เช่น แดงกับน้ำเงิน โดยใช้แนวแบ่งที่เรียน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ออกแบบภาพบรรยากาศเย็นด้วยสีที่เลือก แนวคิดสำคัญคือ ใช้โทนที่สัมพันธ์ความตั้งใจและอธิบายได้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ใช้สีต่างโทนเน้นวัตถุหลัก แนวคิดสำคัญคือ จุดเน้นแยกจากพื้นหลังอย่างตั้งใจ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สีทำให้คนรู้สึกเหมือนกันทุกคนหรือไม่ แนวคิดสำคัญคือ ไม่จำเป็น ขึ้นกับประสบการณ์และบริบท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ปรับสีหนึ่งส่วนแล้วเปรียบเทียบความรู้สึก แนวคิดสำคัญคือ ระบุส่วนที่เปลี่ยนและผลที่สังเกตในภาพ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สำหรับเรื่องออกแบบภาพด้วยสีอุ่นและสีเย็น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11.40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3.45 คะแนนจากคะแนนเต็ม 20 คิดเป็นผลต่างร้อยละคะแนนเต็ม 17.25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159 หลัง 228 ผลรวมผลต่าง 69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7.95 เป็น 11.40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สำหรับเรื่องออกแบบภาพด้วยสีอุ่นและสีเย็น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ออกแบบภาพด้วยสีอุ่นและสีเย็น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ให้ผู้เรียนยกสีอุ่นและสีเย็นอย่างละตัวอย่าง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แดงกับน้ำเงิน โดยใช้แนวแบ่งที่เรียน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ให้ผู้เรียนออกแบบภาพบรรยากาศเย็นด้วยสีที่เลือก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ใช้โทนที่สัมพันธ์ความตั้งใจและอธิบายได้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ให้ผู้เรียนใช้สีต่างโทนเน้นวัตถุหลัก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จุดเน้นแยกจากพื้นหลังอย่างตั้งใจ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ให้ผู้เรียนสีทำให้คนรู้สึกเหมือนกันทุกคนหรือไม่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ไม่จำเป็น ขึ้นกับประสบการณ์และบริบท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ให้ผู้เรียนปรับสีหนึ่งส่วนแล้วเปรียบเทียบความรู้สึก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ระบุส่วนที่เปลี่ยนและผลที่สังเกตในภาพ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ออกแบบภาพด้วยสีอุ่นและสีเย็น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ระบุส่วนที่เปลี่ยนและผลที่สังเกตในภาพ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ยกสีอุ่นและสีเย็นอย่างละตัวอย่าง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ออกแบบภาพบรรยากาศเย็นด้วยสีที่เลือก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ใช้สีต่างโทนเน้นวัตถุหลัก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สีทำให้คนรู้สึกเหมือนกันทุกคนหรือไม่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ปรับสีหนึ่งส่วนแล้วเปรียบเทียบความรู้สึก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สีทำให้คนรู้สึกเหมือนกันทุกคนหรือไม่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ยกสีอุ่นและสีเย็นอย่างละตัวอย่าง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ปรับสีหนึ่งส่วนแล้วเปรียบเทียบความรู้สึก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ออกแบบภาพบรรยากาศเย็นด้วยสีที่เลือก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ใช้สีต่างโทนเน้นวัตถุหลัก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เช่น แดงกับน้ำเงิน โดยใช้แนวแบ่งที่เรียน</w:t>
      </w:r>
    </w:p>
    <w:p>
      <w:pPr>
        <w:pStyle w:val="Heading2"/>
      </w:pPr>
      <w:r>
        <w:t>ประเด็นที่ 2</w:t>
      </w:r>
    </w:p>
    <w:p>
      <w:r>
        <w:t>ใช้โทนที่สัมพันธ์ความตั้งใจและอธิบายได้</w:t>
      </w:r>
    </w:p>
    <w:p>
      <w:pPr>
        <w:pStyle w:val="Heading2"/>
      </w:pPr>
      <w:r>
        <w:t>ประเด็นที่ 3</w:t>
      </w:r>
    </w:p>
    <w:p>
      <w:r>
        <w:t>จุดเน้นแยกจากพื้นหลังอย่างตั้งใจ</w:t>
      </w:r>
    </w:p>
    <w:p>
      <w:pPr>
        <w:pStyle w:val="Heading2"/>
      </w:pPr>
      <w:r>
        <w:t>ประเด็นที่ 4</w:t>
      </w:r>
    </w:p>
    <w:p>
      <w:r>
        <w:t>ไม่จำเป็น ขึ้นกับประสบการณ์และบริบท</w:t>
      </w:r>
    </w:p>
    <w:p>
      <w:pPr>
        <w:pStyle w:val="Heading2"/>
      </w:pPr>
      <w:r>
        <w:t>ประเด็นที่ 5</w:t>
      </w:r>
    </w:p>
    <w:p>
      <w:r>
        <w:t>ระบุส่วนที่เปลี่ยนและผลที่สังเกตในภาพ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การพัฒนาการเรียนรู้เรื่องการออกแบบภาพด้วยสีอุ่นและสีเย็นด้วยการสร้างชิ้นงานและสะท้อนกระบวนการ</dc:title>
  <dc:subject>ศิลปะ ป.4</dc:subject>
  <dc:creator/>
  <cp:keywords/>
  <dc:description>generated by python-docx</dc:description>
  <cp:lastModifiedBy/>
  <cp:revision>1</cp:revision>
  <cp:category/>
</cp:coreProperties>
</file>