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การพัฒนาการเรียนรู้เรื่องการจัดรูปร่างในภาพอย่างตั้งใจด้วยการสร้างชิ้นงานและสะท้อนกระบวนการ</w:t>
      </w:r>
    </w:p>
    <w:p>
      <w:r>
        <w:t>ศิลปะ  ชั้นป.2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รายงานตัวอย่างนี้นำเสนอแนวทางพัฒนาจัดรูปร่างในภาพอย่างตั้งใจ ในรายวิชาศิลปะ ชั้นป.2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7.55 และหลังเท่ากับ 10.35 คะแนน ผลต่างเฉลี่ย 2.80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จัดรูปร่างในภาพอย่างตั้งใจ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เปรียบเทียบคะแนนความสามารถเรื่องจัดรูปร่างในภาพอย่างตั้งใจ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เนื้อหาเรื่องจัดรูปร่างในภาพอย่างตั้งใจ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วาดวงกลม สามเหลี่ยม และสี่เหลี่ยม แนวคิดสำคัญคือ แยกลักษณะรูปทั้งสามได้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ใช้รูปอย่างน้อยสองชนิดสร้างภาพบ้านหรือสิ่งของ แนวคิดสำคัญคือ เลือกจัดรูปให้สื่อภาพที่ตั้งใจ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ลองวางรูปใหญ่กับเล็กในภาพ แนวคิดสำคัญคือ แสดงความต่างขนาดและอธิบายตำแหน่ง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เว้นพื้นที่ว่างในภาพมีประโยชน์อย่างไร แนวคิดสำคัญคือ เช่น ทำให้เห็นรูปหลักชัดและไม่แน่นเกินไป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เล่าการปรับตำแหน่งรูปหนึ่งครั้ง แนวคิดสำคัญคือ บอกก่อนหลังและเหตุผลที่ย้าย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สำหรับเรื่องจัดรูปร่างในภาพอย่างตั้งใจ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7.55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10.35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2.61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3.10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17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2.80 คะแนนจากคะแนนเต็ม 20 คิดเป็นผลต่างร้อยละคะแนนเต็ม 14.00 จุดร้อยละ มีรหัสที่คะแนนเพิ่ม 17 รหัส เท่าเดิม 0 รหัส และลดลง 3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151 หลัง 207 ผลรวมผลต่าง 56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7.55 เป็น 10.35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สำหรับเรื่องจัดรูปร่างในภาพอย่างตั้งใจ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จัดรูปร่างในภาพอย่างตั้งใจ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ให้ผู้เรียนวาดวงกลม สามเหลี่ยม และสี่เหลี่ยม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แยกลักษณะรูปทั้งสามได้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ให้ผู้เรียนใช้รูปอย่างน้อยสองชนิดสร้างภาพบ้านหรือสิ่งของ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เลือกจัดรูปให้สื่อภาพที่ตั้งใจ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ให้ผู้เรียนลองวางรูปใหญ่กับเล็กในภาพ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แสดงความต่างขนาดและอธิบายตำแหน่ง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ให้ผู้เรียนเว้นพื้นที่ว่างในภาพมีประโยชน์อย่างไร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เช่น ทำให้เห็นรูปหลักชัดและไม่แน่นเกินไป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ให้ผู้เรียนเล่าการปรับตำแหน่งรูปหนึ่งครั้ง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บอกก่อนหลังและเหตุผลที่ย้าย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จัดรูปร่างในภาพอย่างตั้งใจ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บอกก่อนหลังและเหตุผลที่ย้าย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วาดวงกลม สามเหลี่ยม และสี่เหลี่ยม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ใช้รูปอย่างน้อยสองชนิดสร้างภาพบ้านหรือสิ่งของ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ลองวางรูปใหญ่กับเล็กในภาพ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เว้นพื้นที่ว่างในภาพมีประโยชน์อย่างไร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เล่าการปรับตำแหน่งรูปหนึ่งครั้ง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เว้นพื้นที่ว่างในภาพมีประโยชน์อย่างไร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วาดวงกลม สามเหลี่ยม และสี่เหลี่ยม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เล่าการปรับตำแหน่งรูปหนึ่งครั้ง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ใช้รูปอย่างน้อยสองชนิดสร้างภาพบ้านหรือสิ่งของ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ลองวางรูปใหญ่กับเล็กในภาพ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แยกลักษณะรูปทั้งสามได้</w:t>
      </w:r>
    </w:p>
    <w:p>
      <w:pPr>
        <w:pStyle w:val="Heading2"/>
      </w:pPr>
      <w:r>
        <w:t>ประเด็นที่ 2</w:t>
      </w:r>
    </w:p>
    <w:p>
      <w:r>
        <w:t>เลือกจัดรูปให้สื่อภาพที่ตั้งใจ</w:t>
      </w:r>
    </w:p>
    <w:p>
      <w:pPr>
        <w:pStyle w:val="Heading2"/>
      </w:pPr>
      <w:r>
        <w:t>ประเด็นที่ 3</w:t>
      </w:r>
    </w:p>
    <w:p>
      <w:r>
        <w:t>แสดงความต่างขนาดและอธิบายตำแหน่ง</w:t>
      </w:r>
    </w:p>
    <w:p>
      <w:pPr>
        <w:pStyle w:val="Heading2"/>
      </w:pPr>
      <w:r>
        <w:t>ประเด็นที่ 4</w:t>
      </w:r>
    </w:p>
    <w:p>
      <w:r>
        <w:t>เช่น ทำให้เห็นรูปหลักชัดและไม่แน่นเกินไป</w:t>
      </w:r>
    </w:p>
    <w:p>
      <w:pPr>
        <w:pStyle w:val="Heading2"/>
      </w:pPr>
      <w:r>
        <w:t>ประเด็นที่ 5</w:t>
      </w:r>
    </w:p>
    <w:p>
      <w:r>
        <w:t>บอกก่อนหลังและเหตุผลที่ย้าย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การพัฒนาการเรียนรู้เรื่องการจัดรูปร่างในภาพอย่างตั้งใจด้วยการสร้างชิ้นงานและสะท้อนกระบวนการ</dc:title>
  <dc:subject>ศิลปะ ป.2</dc:subject>
  <dc:creator/>
  <cp:keywords/>
  <dc:description>generated by python-docx</dc:description>
  <cp:lastModifiedBy/>
  <cp:revision>1</cp:revision>
  <cp:category/>
</cp:coreProperties>
</file>