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การพัฒนาการเรียนรู้เรื่องการใช้เส้นและสีสื่อความหมายด้วยการสร้างชิ้นงานและสะท้อนกระบวนการ</w:t>
      </w:r>
    </w:p>
    <w:p>
      <w:r>
        <w:t>ศิลปะ  ชั้นป.1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รายงานตัวอย่างนี้นำเสนอแนวทางพัฒนาใช้เส้นและสีสื่อความหมาย ในรายวิชาศิลปะ ชั้นป.1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7.70 และหลังเท่ากับ 12.50 คะแนน ผลต่างเฉลี่ย 4.80 คะแนน จำนวนผู้ถึงเกณฑ์เปลี่ยนจาก 0 เป็น 10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ใช้เส้นและสีสื่อความหมาย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ในระดับป.1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เปรียบเทียบคะแนนความสามารถเรื่องใช้เส้นและสีสื่อความหมาย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เนื้อหาเรื่องใช้เส้นและสีสื่อความหมาย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วาดเส้นตรงและเส้นโค้งอย่างละตัวอย่าง แนวคิดสำคัญคือ มีเส้นสองลักษณะชัดเจนและบอกความต่างได้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ใช้เส้นสร้างภาพสิ่งของหนึ่งชิ้น แนวคิดสำคัญคือ รูปเกิดจากเส้นที่เลือกและอธิบายว่าสื่ออะไร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เลือกสีให้ภาพใบไม้และอธิบาย แนวคิดสำคัญคือ สีใดก็ได้ที่ตั้งใจใช้พร้อมเหตุผล ไม่บังคับว่าต้องเขียว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ชี้ส่วนที่อยากให้คนดูเห็นก่อน แนวคิดสำคัญคือ ระบุจุดและบอกการใช้เส้นหรือสีเน้น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บอกหนึ่งอย่างที่จะปรับในภาพ แนวคิดสำคัญคือ ระบุส่วนและผลที่อยากให้เปลี่ยน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สำหรับเรื่องใช้เส้นและสีสื่อความหมาย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7.70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12.50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4.80 คะแนนจากคะแนนเต็ม 20 คิดเป็นผลต่างร้อยละคะแนนเต็ม 24.00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154 หลัง 250 ผลรวมผลต่าง 96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7.70 เป็น 12.50 คะแนน มีรหัสถึงเกณฑ์หลัง 10 จาก 20 รหัส และยังไม่ถึง 10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สำหรับเรื่องใช้เส้นและสีสื่อความหมาย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ใช้เส้นและสีสื่อความหมาย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ให้ผู้เรียนวาดเส้นตรงและเส้นโค้งอย่างละตัวอย่าง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มีเส้นสองลักษณะชัดเจนและบอกความต่างได้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ให้ผู้เรียนใช้เส้นสร้างภาพสิ่งของหนึ่งชิ้น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รูปเกิดจากเส้นที่เลือกและอธิบายว่าสื่ออะไร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ให้ผู้เรียนเลือกสีให้ภาพใบไม้และอธิบาย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สีใดก็ได้ที่ตั้งใจใช้พร้อมเหตุผล ไม่บังคับว่าต้องเขียว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ให้ผู้เรียนชี้ส่วนที่อยากให้คนดูเห็นก่อน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ระบุจุดและบอกการใช้เส้นหรือสีเน้น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ให้ผู้เรียนบอกหนึ่งอย่างที่จะปรับในภาพ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ระบุส่วนและผลที่อยากให้เปลี่ยน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ใช้เส้นและสีสื่อความหมาย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ระบุส่วนและผลที่อยากให้เปลี่ยน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วาดเส้นตรงและเส้นโค้งอย่างละตัวอย่าง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ใช้เส้นสร้างภาพสิ่งของหนึ่งชิ้น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เลือกสีให้ภาพใบไม้และอธิบาย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ชี้ส่วนที่อยากให้คนดูเห็นก่อน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บอกหนึ่งอย่างที่จะปรับในภาพ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ชี้ส่วนที่อยากให้คนดูเห็นก่อน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วาดเส้นตรงและเส้นโค้งอย่างละตัวอย่าง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บอกหนึ่งอย่างที่จะปรับในภาพ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ใช้เส้นสร้างภาพสิ่งของหนึ่งชิ้น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เลือกสีให้ภาพใบไม้และอธิบาย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มีเส้นสองลักษณะชัดเจนและบอกความต่างได้</w:t>
      </w:r>
    </w:p>
    <w:p>
      <w:pPr>
        <w:pStyle w:val="Heading2"/>
      </w:pPr>
      <w:r>
        <w:t>ประเด็นที่ 2</w:t>
      </w:r>
    </w:p>
    <w:p>
      <w:r>
        <w:t>รูปเกิดจากเส้นที่เลือกและอธิบายว่าสื่ออะไร</w:t>
      </w:r>
    </w:p>
    <w:p>
      <w:pPr>
        <w:pStyle w:val="Heading2"/>
      </w:pPr>
      <w:r>
        <w:t>ประเด็นที่ 3</w:t>
      </w:r>
    </w:p>
    <w:p>
      <w:r>
        <w:t>สีใดก็ได้ที่ตั้งใจใช้พร้อมเหตุผล ไม่บังคับว่าต้องเขียว</w:t>
      </w:r>
    </w:p>
    <w:p>
      <w:pPr>
        <w:pStyle w:val="Heading2"/>
      </w:pPr>
      <w:r>
        <w:t>ประเด็นที่ 4</w:t>
      </w:r>
    </w:p>
    <w:p>
      <w:r>
        <w:t>ระบุจุดและบอกการใช้เส้นหรือสีเน้น</w:t>
      </w:r>
    </w:p>
    <w:p>
      <w:pPr>
        <w:pStyle w:val="Heading2"/>
      </w:pPr>
      <w:r>
        <w:t>ประเด็นที่ 5</w:t>
      </w:r>
    </w:p>
    <w:p>
      <w:r>
        <w:t>ระบุส่วนและผลที่อยากให้เปลี่ยน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การพัฒนาการเรียนรู้เรื่องการใช้เส้นและสีสื่อความหมายด้วยการสร้างชิ้นงานและสะท้อนกระบวนการ</dc:title>
  <dc:subject>ศิลปะ ป.1</dc:subject>
  <dc:creator/>
  <cp:keywords/>
  <dc:description>generated by python-docx</dc:description>
  <cp:lastModifiedBy/>
  <cp:revision>1</cp:revision>
  <cp:category/>
</cp:coreProperties>
</file>